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My RACO Worksheet Research</w:t>
      </w:r>
    </w:p>
    <w:p>
      <w:pPr>
        <w:spacing w:after="100" w:line="240" w:lineRule="auto"/>
      </w:pPr>
      <w:r>
        <w:rPr>
          <w:sz w:val="18"/>
        </w:rPr>
        <w:t>Research, Authoring, Collaboration, and Output are connected activity frames, not fixed steps or a proficiency scale. Use them in school, university, individual research, or collaborative work.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Name / activity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Topic or task: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What is happening near me?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Something I notice and want to understand: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What can I check directly?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Try a record, official data, a label, or a permitted observation.</w:t>
              <w:br/>
              <w:t>Source A: source, place/date; what it shows or what I will check: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What earlier knowledge says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Source B: author, title, year; link/file and page:</w:t>
              <w:br/>
              <w:t>What is known? How does it help me ask a better question?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My question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What do I want to find out?</w:t>
              <w:br/>
              <w:t>Compared with Source B, what is different: place, people, conditions, or comparison?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Evidence I need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What else must I check? Which items, places, or dates will I include?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40" w:line="240" w:lineRule="auto"/>
      </w:pPr>
      <w:r>
        <w:rPr>
          <w:rFonts w:ascii="Arial" w:hAnsi="Arial" w:eastAsia="Noto Sans CJK JP"/>
          <w:sz w:val="17"/>
        </w:rPr>
        <w:t>☐ I separate what I saw or read from what I think it means.</w:t>
      </w:r>
      <w:r>
        <w:br/>
      </w:r>
      <w:r>
        <w:rPr>
          <w:rFonts w:ascii="Arial" w:hAnsi="Arial" w:eastAsia="Noto Sans CJK JP"/>
          <w:sz w:val="17"/>
        </w:rPr>
        <w:t>☐ I can explain my question and what my limited evidence or case can show.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560"/>
        <w:gridCol w:w="2448"/>
      </w:tblGrid>
      <w:t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Next action</w:t>
            </w:r>
          </w:p>
        </w:tc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By when</w:t>
            </w:r>
          </w:p>
        </w:tc>
      </w:tr>
    </w:tbl>
    <w:p>
      <w:pPr>
        <w:spacing w:before="60" w:after="0"/>
        <w:jc w:val="left"/>
      </w:pPr>
      <w:r>
        <w:rPr>
          <w:i/>
          <w:color w:val="464646"/>
          <w:sz w:val="15"/>
        </w:rPr>
        <w:t>Original worksheet informed by the RACO concept; no figure is reproduced or adapted. Kimura, S., &amp; Kondo, Y. (2026). The RACO skill model in inquiry-based education: Definitions and growth processes: Insights from large-scale surveys and student interviews. CIEC Spring Conference Proceedings, 17, 24–32. https://doi.org/10.14949/ciecspringconference.17.0_24</w:t>
      </w:r>
    </w:p>
    <w:p>
      <w:r>
        <w:br w:type="page"/>
      </w:r>
    </w:p>
    <w:p>
      <w:pPr>
        <w:pStyle w:val="Title"/>
        <w:spacing w:after="40"/>
      </w:pPr>
      <w:r>
        <w:t>My RACO Worksheet Authoring</w:t>
      </w:r>
    </w:p>
    <w:p>
      <w:pPr>
        <w:spacing w:after="100" w:line="240" w:lineRule="auto"/>
      </w:pPr>
      <w:r>
        <w:rPr>
          <w:sz w:val="18"/>
        </w:rPr>
        <w:t>Prepare a paper, record, slides, visuals, spoken explanation, or another suitable form. Keep working notes here and create full materials separately. Return to Research or Collaboration as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My answer so far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One sentence answering my question: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My paper or record plan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What I did:</w:t>
              <w:br/>
              <w:t>Main finding + direct evidence + source ID:</w:t>
              <w:br/>
              <w:t>My interpretation, limits of the evidence, and what I cannot conclude: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My visual or slide plan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Sketch a key visual or example. Add its source ID and planned location: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My spoken or screen explanation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How will I explain this finding or visual in clear words?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One revision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Unclear or unsupported point / my change: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40" w:line="240" w:lineRule="auto"/>
      </w:pPr>
      <w:r>
        <w:rPr>
          <w:rFonts w:ascii="Arial" w:hAnsi="Arial" w:eastAsia="Noto Sans CJK JP"/>
          <w:sz w:val="17"/>
        </w:rPr>
        <w:t>☐ My claims match the evidence; borrowed material has citations.</w:t>
      </w:r>
      <w:r>
        <w:br/>
      </w:r>
      <w:r>
        <w:rPr>
          <w:rFonts w:ascii="Arial" w:hAnsi="Arial" w:eastAsia="Noto Sans CJK JP"/>
          <w:sz w:val="17"/>
        </w:rPr>
        <w:t>☐ Exact words have quotation marks; visuals, media, and other contributions have credits.</w:t>
      </w:r>
      <w:r>
        <w:br/>
      </w:r>
      <w:r>
        <w:rPr>
          <w:rFonts w:ascii="Arial" w:hAnsi="Arial" w:eastAsia="Noto Sans CJK JP"/>
          <w:sz w:val="17"/>
        </w:rPr>
        <w:t>☐ If I used AI, search, or translation tools, I checked facts and meaning myself.</w:t>
      </w:r>
      <w:r>
        <w:br/>
      </w:r>
      <w:r>
        <w:rPr>
          <w:rFonts w:ascii="Arial" w:hAnsi="Arial" w:eastAsia="Noto Sans CJK JP"/>
          <w:sz w:val="17"/>
        </w:rPr>
        <w:t>☐ I can explain the content and my authoring choices in my own words.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560"/>
        <w:gridCol w:w="2448"/>
      </w:tblGrid>
      <w:t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Next action for an unchecked item</w:t>
            </w:r>
          </w:p>
        </w:tc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By when</w:t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t>My RACO Worksheet Collaboration</w:t>
      </w:r>
    </w:p>
    <w:p>
      <w:pPr>
        <w:spacing w:after="100" w:line="240" w:lineRule="auto"/>
      </w:pPr>
      <w:r>
        <w:rPr>
          <w:sz w:val="18"/>
        </w:rPr>
        <w:t>Collaboration means listening, proposing, and deciding. Use this page for face-to-face or online, synchronous or asynchronous, individual or group work.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Exchange record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Person or AI tool / setting or message / date: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Listen C1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What did I hear or read in the other person’s opinion or presentation?</w:t>
              <w:br/>
              <w:t>Whose idea was it, and where can I find it again?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Propose C2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What idea, question, or suggestion did I offer?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Effect on my question or work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What will I change or keep, and why?</w:t>
              <w:br/>
              <w:t>What evidence must I check before using this idea?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40" w:line="240" w:lineRule="auto"/>
      </w:pPr>
      <w:r>
        <w:rPr>
          <w:rFonts w:ascii="Arial" w:hAnsi="Arial" w:eastAsia="Noto Sans CJK JP"/>
          <w:sz w:val="17"/>
        </w:rPr>
        <w:t>☐ I considered the other view and offered my own idea.</w:t>
      </w:r>
      <w:r>
        <w:br/>
      </w:r>
      <w:r>
        <w:rPr>
          <w:rFonts w:ascii="Arial" w:hAnsi="Arial" w:eastAsia="Noto Sans CJK JP"/>
          <w:sz w:val="17"/>
        </w:rPr>
        <w:t>☐ I decided what to use, rather than accepting it automatically.</w:t>
      </w:r>
      <w:r>
        <w:br/>
      </w:r>
      <w:r>
        <w:rPr>
          <w:rFonts w:ascii="Arial" w:hAnsi="Arial" w:eastAsia="Noto Sans CJK JP"/>
          <w:sz w:val="17"/>
        </w:rPr>
        <w:t>☐ I can identify others’ contributions and explain my own decisions.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560"/>
        <w:gridCol w:w="2448"/>
      </w:tblGrid>
      <w:t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Next action or follow-up question</w:t>
            </w:r>
          </w:p>
        </w:tc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By when</w:t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t>My RACO Worksheet Output</w:t>
      </w:r>
    </w:p>
    <w:p>
      <w:pPr>
        <w:spacing w:after="100" w:line="240" w:lineRule="auto"/>
      </w:pPr>
      <w:r>
        <w:rPr>
          <w:sz w:val="18"/>
        </w:rPr>
        <w:t>Rehearse, present, respond, submit, and record the outcome. Check the format, deadline, audience, privacy, and sharing conditions for your activity.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Delivery or sharing plan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What I will present or submit; to whom, where, and when: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Rehearse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Practice aloud or through the chosen medium with the materials from Authoring.</w:t>
              <w:br/>
              <w:t>Time used / time allowed:</w:t>
              <w:br/>
              <w:t>One change before delivery: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Present and respond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Present my question, evidence, and answer.</w:t>
              <w:br/>
              <w:t>A question I received or expect:</w:t>
              <w:br/>
              <w:t>My answer, or what I need to check: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Submit and record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Final file or link; submission place and date:</w:t>
              <w:br/>
              <w:t>Confirmation received, or follow-up needed: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40" w:line="240" w:lineRule="auto"/>
      </w:pPr>
      <w:r>
        <w:rPr>
          <w:rFonts w:ascii="Arial" w:hAnsi="Arial" w:eastAsia="Noto Sans CJK JP"/>
          <w:sz w:val="17"/>
        </w:rPr>
        <w:t>☐ My file opens and is readable; references, credits, and attributions are included.</w:t>
      </w:r>
      <w:r>
        <w:br/>
      </w:r>
      <w:r>
        <w:rPr>
          <w:rFonts w:ascii="Arial" w:hAnsi="Arial" w:eastAsia="Noto Sans CJK JP"/>
          <w:sz w:val="17"/>
        </w:rPr>
        <w:t>☐ I checked timing, format, privacy, and reuse permissions.</w:t>
      </w:r>
      <w:r>
        <w:br/>
      </w:r>
      <w:r>
        <w:rPr>
          <w:rFonts w:ascii="Arial" w:hAnsi="Arial" w:eastAsia="Noto Sans CJK JP"/>
          <w:sz w:val="17"/>
        </w:rPr>
        <w:t>☐ I checked submission or sharing confirmation, not just an upload attempt.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560"/>
        <w:gridCol w:w="2448"/>
      </w:tblGrid>
      <w:t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Next action for an unchecked item or unanswered question</w:t>
            </w:r>
          </w:p>
        </w:tc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By when</w:t>
            </w:r>
          </w:p>
        </w:tc>
      </w:tr>
    </w:tbl>
    <w:p>
      <w:pPr>
        <w:spacing w:before="60" w:after="0"/>
        <w:jc w:val="left"/>
      </w:pPr>
      <w:r>
        <w:rPr>
          <w:i/>
          <w:color w:val="464646"/>
          <w:sz w:val="15"/>
        </w:rPr>
        <w:t>Original worksheet informed by the RACO concept; no figure is reproduced or adapted. Kimura, S., &amp; Kondo, Y. (2026). The RACO skill model in inquiry-based education: Definitions and growth processes: Insights from large-scale surveys and student interviews. CIEC Spring Conference Proceedings, 17, 24–32. https://doi.org/10.14949/ciecspringconference.17.0_24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oto Sans CJK JP">
    <w:charset w:val="80"/>
    <w:family w:val="swiss"/>
    <w:pitch w:val="variable"/>
    <w:embedRegular r:id="rIdNotoRegular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Arial" w:hAnsi="Arial"/>
        <w:color w:val="5A5A5A"/>
        <w:sz w:val="15"/>
      </w:rPr>
      <w:t>My RACO Worksheet  |  English version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Noto Sans CJK JP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majorHAnsi" w:eastAsiaTheme="majorEastAsia" w:hAnsiTheme="majorHAnsi" w:cstheme="majorBidi" w:ascii="Arial" w:hAnsi="Arial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80"/>
      <w:outlineLvl w:val="1"/>
    </w:pPr>
    <w:rPr>
      <w:rFonts w:asciiTheme="majorHAnsi" w:eastAsiaTheme="majorEastAsia" w:hAnsiTheme="majorHAnsi" w:cstheme="majorBidi" w:ascii="Arial" w:hAnsi="Arial" w:eastAsia="Noto Sans CJK JP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 w:eastAsia="Noto Sans CJK JP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NotoRegular" Type="http://schemas.openxmlformats.org/officeDocument/2006/relationships/font" Target="fonts/NotoSansCJKjp-Regular.o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