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821A85" w14:textId="77777777" w:rsidR="00736C8F" w:rsidRDefault="00000000">
      <w:pPr>
        <w:spacing w:after="140"/>
        <w:rPr>
          <w:lang w:eastAsia="ja-JP"/>
        </w:rPr>
      </w:pPr>
      <w:r>
        <w:rPr>
          <w:b/>
          <w:color w:val="142024"/>
          <w:sz w:val="32"/>
          <w:lang w:eastAsia="ja-JP"/>
        </w:rPr>
        <w:t>ニーズから15回を組む コース設計ワークシート</w:t>
      </w:r>
    </w:p>
    <w:p w14:paraId="3040264D" w14:textId="77777777" w:rsidR="00736C8F" w:rsidRDefault="00000000">
      <w:pPr>
        <w:spacing w:after="80"/>
        <w:rPr>
          <w:lang w:eastAsia="ja-JP"/>
        </w:rPr>
      </w:pPr>
      <w:r>
        <w:rPr>
          <w:lang w:eastAsia="ja-JP"/>
        </w:rPr>
        <w:t xml:space="preserve">コース：______________________________　</w:t>
      </w:r>
      <w:r w:rsidR="007B1630">
        <w:rPr>
          <w:rFonts w:ascii="ＭＳ 明朝" w:eastAsia="ＭＳ 明朝" w:hAnsi="ＭＳ 明朝" w:cs="ＭＳ 明朝" w:hint="eastAsia"/>
          <w:lang w:eastAsia="ja-JP"/>
        </w:rPr>
        <w:t xml:space="preserve">　　</w:t>
      </w:r>
      <w:r>
        <w:rPr>
          <w:lang w:eastAsia="ja-JP"/>
        </w:rPr>
        <w:t>目標とする会議・活動：______________________________</w:t>
      </w:r>
    </w:p>
    <w:p w14:paraId="280A247A" w14:textId="77777777" w:rsidR="00736C8F" w:rsidRDefault="00000000">
      <w:pPr>
        <w:spacing w:after="160"/>
        <w:rPr>
          <w:lang w:eastAsia="ja-JP"/>
        </w:rPr>
      </w:pPr>
      <w:r>
        <w:rPr>
          <w:lang w:eastAsia="ja-JP"/>
        </w:rPr>
        <w:t>授業運営上のwants：会議で何らかの成功を収める。</w:t>
      </w:r>
    </w:p>
    <w:p w14:paraId="28262142" w14:textId="77777777" w:rsidR="00736C8F" w:rsidRDefault="00000000">
      <w:pPr>
        <w:keepNext/>
        <w:spacing w:after="80"/>
        <w:rPr>
          <w:lang w:eastAsia="ja-JP"/>
        </w:rPr>
      </w:pPr>
      <w:r>
        <w:rPr>
          <w:b/>
          <w:sz w:val="24"/>
          <w:lang w:eastAsia="ja-JP"/>
        </w:rPr>
        <w:t>1　会議・活動で必要なことを、can-doに分ける</w:t>
      </w:r>
    </w:p>
    <w:p w14:paraId="59D698A6" w14:textId="77777777" w:rsidR="00736C8F" w:rsidRDefault="00000000">
      <w:pPr>
        <w:keepNext/>
        <w:spacing w:after="140"/>
        <w:rPr>
          <w:lang w:eastAsia="ja-JP"/>
        </w:rPr>
      </w:pPr>
      <w:r>
        <w:rPr>
          <w:sz w:val="19"/>
          <w:lang w:eastAsia="ja-JP"/>
        </w:rPr>
        <w:t>ニーズ分析で見えた場面・役割から、優先するものを記入します。必要に応じて行を追加し</w:t>
      </w:r>
      <w:r w:rsidR="00E068C5">
        <w:rPr>
          <w:rFonts w:ascii="ＭＳ 明朝" w:eastAsia="ＭＳ 明朝" w:hAnsi="ＭＳ 明朝" w:cs="ＭＳ 明朝" w:hint="eastAsia"/>
          <w:sz w:val="19"/>
          <w:lang w:eastAsia="ja-JP"/>
        </w:rPr>
        <w:t>てください。</w:t>
      </w:r>
    </w:p>
    <w:tbl>
      <w:tblPr>
        <w:tblW w:w="0" w:type="auto"/>
        <w:tblInd w:w="145" w:type="dxa"/>
        <w:tblBorders>
          <w:top w:val="single" w:sz="4" w:space="0" w:color="C5CACB"/>
          <w:left w:val="single" w:sz="4" w:space="0" w:color="C5CACB"/>
          <w:bottom w:val="single" w:sz="4" w:space="0" w:color="C5CACB"/>
          <w:right w:val="single" w:sz="4" w:space="0" w:color="C5CACB"/>
          <w:insideH w:val="single" w:sz="4" w:space="0" w:color="C5CACB"/>
          <w:insideV w:val="single" w:sz="4" w:space="0" w:color="C5CACB"/>
        </w:tblBorders>
        <w:tblLayout w:type="fixed"/>
        <w:tblLook w:val="04A0" w:firstRow="1" w:lastRow="0" w:firstColumn="1" w:lastColumn="0" w:noHBand="0" w:noVBand="1"/>
      </w:tblPr>
      <w:tblGrid>
        <w:gridCol w:w="15024"/>
      </w:tblGrid>
      <w:tr w:rsidR="00093A3C" w14:paraId="3FA64D39" w14:textId="77777777">
        <w:trPr>
          <w:trHeight w:val="709" w:hRule="exact"/>
        </w:trPr>
        <w:tc>
          <w:tcPr>
            <w:tcW w:w="150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AAF093" w14:textId="77777777" w:rsidR="00093A3C" w:rsidRDefault="00000000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活動に必要な背景知識・調査テーマ（必要な場合）</w:t>
            </w:r>
          </w:p>
          <w:p w14:paraId="70DBE9D4" w14:textId="77777777" w:rsidR="00093A3C" w:rsidRDefault="00093A3C">
            <w:pPr>
              <w:spacing w:line="259" w:lineRule="auto"/>
              <w:rPr>
                <w:lang w:eastAsia="ja-JP"/>
              </w:rPr>
            </w:pPr>
          </w:p>
        </w:tc>
      </w:tr>
    </w:tbl>
    <w:p w14:paraId="69ED4A10" w14:textId="77777777" w:rsidR="00093A3C" w:rsidRDefault="00093A3C">
      <w:pPr>
        <w:spacing w:line="40" w:lineRule="exact"/>
        <w:rPr>
          <w:lang w:eastAsia="ja-JP"/>
        </w:rPr>
      </w:pPr>
    </w:p>
    <w:tbl>
      <w:tblPr>
        <w:tblW w:w="0" w:type="auto"/>
        <w:tblInd w:w="145" w:type="dxa"/>
        <w:tblBorders>
          <w:top w:val="single" w:sz="4" w:space="0" w:color="C5CACB"/>
          <w:left w:val="single" w:sz="4" w:space="0" w:color="C5CACB"/>
          <w:bottom w:val="single" w:sz="4" w:space="0" w:color="C5CACB"/>
          <w:right w:val="single" w:sz="4" w:space="0" w:color="C5CACB"/>
          <w:insideH w:val="single" w:sz="4" w:space="0" w:color="C5CACB"/>
          <w:insideV w:val="single" w:sz="4" w:space="0" w:color="C5CACB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628"/>
        <w:gridCol w:w="3288"/>
        <w:gridCol w:w="3685"/>
        <w:gridCol w:w="3572"/>
      </w:tblGrid>
      <w:tr w:rsidR="00736C8F" w14:paraId="08ABC2C3" w14:textId="77777777">
        <w:trPr>
          <w:trHeight w:val="454"/>
        </w:trPr>
        <w:tc>
          <w:tcPr>
            <w:tcW w:w="850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3F3728" w14:textId="77777777" w:rsidR="00736C8F" w:rsidRDefault="00000000">
            <w:pPr>
              <w:spacing w:line="259" w:lineRule="auto"/>
              <w:jc w:val="center"/>
            </w:pPr>
            <w:proofErr w:type="spellStart"/>
            <w:r>
              <w:rPr>
                <w:b/>
                <w:sz w:val="19"/>
              </w:rPr>
              <w:t>項目</w:t>
            </w:r>
            <w:proofErr w:type="spellEnd"/>
          </w:p>
        </w:tc>
        <w:tc>
          <w:tcPr>
            <w:tcW w:w="3628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33D039" w14:textId="77777777" w:rsidR="00736C8F" w:rsidRDefault="00000000">
            <w:pPr>
              <w:spacing w:line="259" w:lineRule="auto"/>
            </w:pPr>
            <w:r>
              <w:rPr>
                <w:b/>
                <w:sz w:val="19"/>
              </w:rPr>
              <w:t>場面・役割／必要なcan-do（necessities）</w:t>
            </w:r>
          </w:p>
        </w:tc>
        <w:tc>
          <w:tcPr>
            <w:tcW w:w="3288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C7FA9E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学習者が今できること／足りないこと（lacks）</w:t>
            </w:r>
          </w:p>
        </w:tc>
        <w:tc>
          <w:tcPr>
            <w:tcW w:w="3685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E6460D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支援があればできるか</w:t>
            </w:r>
            <w:r>
              <w:rPr>
                <w:sz w:val="19"/>
                <w:lang w:eastAsia="ja-JP"/>
              </w:rPr>
              <w:br/>
              <w:t>（支援方法）</w:t>
            </w:r>
          </w:p>
        </w:tc>
        <w:tc>
          <w:tcPr>
            <w:tcW w:w="3572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1A6BF0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優先度</w:t>
            </w:r>
            <w:r>
              <w:rPr>
                <w:b/>
                <w:sz w:val="19"/>
                <w:lang w:eastAsia="ja-JP"/>
              </w:rPr>
              <w:br/>
              <w:t>練習プラン</w:t>
            </w:r>
          </w:p>
        </w:tc>
      </w:tr>
      <w:tr w:rsidR="00736C8F" w14:paraId="7B26A5C1" w14:textId="77777777">
        <w:trPr>
          <w:trHeight w:val="794" w:hRule="exact"/>
          <w:cantSplit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5B6DE2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A</w:t>
            </w:r>
          </w:p>
        </w:tc>
        <w:tc>
          <w:tcPr>
            <w:tcW w:w="36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93560A" w14:textId="77777777" w:rsidR="00736C8F" w:rsidRDefault="00736C8F">
            <w:pPr>
              <w:spacing w:line="259" w:lineRule="auto"/>
            </w:pPr>
          </w:p>
        </w:tc>
        <w:tc>
          <w:tcPr>
            <w:tcW w:w="32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58766E" w14:textId="77777777" w:rsidR="00736C8F" w:rsidRDefault="00736C8F">
            <w:pPr>
              <w:spacing w:line="259" w:lineRule="auto"/>
            </w:pPr>
          </w:p>
        </w:tc>
        <w:tc>
          <w:tcPr>
            <w:tcW w:w="36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C427A9" w14:textId="77777777" w:rsidR="00736C8F" w:rsidRDefault="00000000">
            <w:pPr>
              <w:pBdr>
                <w:bottom w:val="single" w:sz="4" w:space="2" w:color="B8B8B8"/>
              </w:pBdr>
              <w:spacing w:line="240" w:lineRule="auto" w:before="0" w:after="0"/>
              <w:rPr>
                <w:lang w:eastAsia="ja-JP"/>
              </w:rPr>
            </w:pPr>
            <w:r>
              <w:rPr>
                <w:sz w:val="19"/>
              </w:rPr>
              <w:t>□可能 □一定程度 □不可 □不明</w:t>
            </w:r>
          </w:p>
          <w:p w14:paraId="19326619" w14:textId="77777777" w:rsidR="00810AE0" w:rsidRDefault="00000000">
            <w:pPr>
              <w:spacing w:before="0" w:after="0" w:line="240" w:lineRule="auto"/>
            </w:pPr>
            <w:r>
              <w:rPr>
                <w:sz w:val="19"/>
              </w:rPr>
              <w:t>□AI □資料 □人 □他</w:t>
            </w:r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838F8B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□高  □中  □低</w:t>
            </w:r>
            <w:r>
              <w:rPr>
                <w:sz w:val="19"/>
                <w:lang w:eastAsia="ja-JP"/>
              </w:rPr>
              <w:br/>
              <w:t>練習プラン：</w:t>
            </w:r>
          </w:p>
        </w:tc>
      </w:tr>
      <w:tr w:rsidR="00736C8F" w14:paraId="65E810E7" w14:textId="77777777">
        <w:trPr>
          <w:trHeight w:val="794" w:hRule="exact"/>
          <w:cantSplit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B1CA49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B</w:t>
            </w:r>
          </w:p>
        </w:tc>
        <w:tc>
          <w:tcPr>
            <w:tcW w:w="36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AA1F06" w14:textId="77777777" w:rsidR="00736C8F" w:rsidRDefault="00736C8F">
            <w:pPr>
              <w:spacing w:line="259" w:lineRule="auto"/>
            </w:pPr>
          </w:p>
        </w:tc>
        <w:tc>
          <w:tcPr>
            <w:tcW w:w="32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74EE1D" w14:textId="77777777" w:rsidR="00736C8F" w:rsidRDefault="00736C8F">
            <w:pPr>
              <w:spacing w:line="259" w:lineRule="auto"/>
            </w:pPr>
          </w:p>
        </w:tc>
        <w:tc>
          <w:tcPr>
            <w:tcW w:w="36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DFAC93" w14:textId="77777777" w:rsidR="00736C8F" w:rsidRDefault="00000000">
            <w:pPr>
              <w:pBdr>
                <w:bottom w:val="single" w:sz="4" w:space="2" w:color="B8B8B8"/>
              </w:pBdr>
              <w:spacing w:line="240" w:lineRule="auto" w:before="0" w:after="0"/>
              <w:rPr>
                <w:lang w:eastAsia="ja-JP"/>
              </w:rPr>
            </w:pPr>
            <w:r>
              <w:rPr>
                <w:sz w:val="19"/>
              </w:rPr>
              <w:t>□可能 □一定程度 □不可 □不明</w:t>
            </w:r>
          </w:p>
          <w:p w14:paraId="6FEC354D" w14:textId="77777777" w:rsidR="00810AE0" w:rsidRDefault="00000000">
            <w:pPr>
              <w:spacing w:before="0" w:after="0" w:line="240" w:lineRule="auto"/>
            </w:pPr>
            <w:r>
              <w:rPr>
                <w:sz w:val="19"/>
              </w:rPr>
              <w:t>□AI □資料 □人 □他</w:t>
            </w:r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C5CA20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□高  □中  □低</w:t>
            </w:r>
            <w:r>
              <w:rPr>
                <w:sz w:val="19"/>
                <w:lang w:eastAsia="ja-JP"/>
              </w:rPr>
              <w:br/>
              <w:t>練習プラン：</w:t>
            </w:r>
          </w:p>
        </w:tc>
      </w:tr>
      <w:tr w:rsidR="00736C8F" w14:paraId="7AC4095E" w14:textId="77777777">
        <w:trPr>
          <w:trHeight w:val="794" w:hRule="exact"/>
          <w:cantSplit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DD619C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C</w:t>
            </w:r>
          </w:p>
        </w:tc>
        <w:tc>
          <w:tcPr>
            <w:tcW w:w="36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F66288" w14:textId="77777777" w:rsidR="00736C8F" w:rsidRDefault="00736C8F">
            <w:pPr>
              <w:spacing w:line="259" w:lineRule="auto"/>
            </w:pPr>
          </w:p>
        </w:tc>
        <w:tc>
          <w:tcPr>
            <w:tcW w:w="32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2ED278" w14:textId="77777777" w:rsidR="00736C8F" w:rsidRDefault="00736C8F">
            <w:pPr>
              <w:spacing w:line="259" w:lineRule="auto"/>
            </w:pPr>
          </w:p>
        </w:tc>
        <w:tc>
          <w:tcPr>
            <w:tcW w:w="36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4D4858" w14:textId="77777777" w:rsidR="00736C8F" w:rsidRDefault="00000000">
            <w:pPr>
              <w:pBdr>
                <w:bottom w:val="single" w:sz="4" w:space="2" w:color="B8B8B8"/>
              </w:pBdr>
              <w:spacing w:line="240" w:lineRule="auto" w:before="0" w:after="0"/>
              <w:rPr>
                <w:lang w:eastAsia="ja-JP"/>
              </w:rPr>
            </w:pPr>
            <w:r>
              <w:rPr>
                <w:sz w:val="19"/>
              </w:rPr>
              <w:t>□可能 □一定程度 □不可 □不明</w:t>
            </w:r>
          </w:p>
          <w:p w14:paraId="06DD3076" w14:textId="77777777" w:rsidR="00810AE0" w:rsidRDefault="00000000">
            <w:pPr>
              <w:spacing w:before="0" w:after="0" w:line="240" w:lineRule="auto"/>
            </w:pPr>
            <w:r>
              <w:rPr>
                <w:sz w:val="19"/>
              </w:rPr>
              <w:t>□AI □資料 □人 □他</w:t>
            </w:r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98E632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□高  □中  □低</w:t>
            </w:r>
            <w:r>
              <w:rPr>
                <w:sz w:val="19"/>
                <w:lang w:eastAsia="ja-JP"/>
              </w:rPr>
              <w:br/>
              <w:t>練習プラン：</w:t>
            </w:r>
          </w:p>
        </w:tc>
      </w:tr>
      <w:tr w:rsidR="00736C8F" w14:paraId="31DE3154" w14:textId="77777777">
        <w:trPr>
          <w:trHeight w:val="794" w:hRule="exact"/>
          <w:cantSplit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A84911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D</w:t>
            </w:r>
          </w:p>
        </w:tc>
        <w:tc>
          <w:tcPr>
            <w:tcW w:w="36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07FCFF" w14:textId="77777777" w:rsidR="00736C8F" w:rsidRDefault="00736C8F">
            <w:pPr>
              <w:spacing w:line="259" w:lineRule="auto"/>
            </w:pPr>
          </w:p>
        </w:tc>
        <w:tc>
          <w:tcPr>
            <w:tcW w:w="32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81AB16" w14:textId="77777777" w:rsidR="00736C8F" w:rsidRDefault="00736C8F">
            <w:pPr>
              <w:spacing w:line="259" w:lineRule="auto"/>
            </w:pPr>
          </w:p>
        </w:tc>
        <w:tc>
          <w:tcPr>
            <w:tcW w:w="36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8D4CC6" w14:textId="77777777" w:rsidR="00736C8F" w:rsidRDefault="00000000">
            <w:pPr>
              <w:pBdr>
                <w:bottom w:val="single" w:sz="4" w:space="2" w:color="B8B8B8"/>
              </w:pBdr>
              <w:spacing w:line="240" w:lineRule="auto" w:before="0" w:after="0"/>
              <w:rPr>
                <w:lang w:eastAsia="ja-JP"/>
              </w:rPr>
            </w:pPr>
            <w:r>
              <w:rPr>
                <w:sz w:val="19"/>
              </w:rPr>
              <w:t>□可能 □一定程度 □不可 □不明</w:t>
            </w:r>
          </w:p>
          <w:p w14:paraId="7DC72357" w14:textId="77777777" w:rsidR="00810AE0" w:rsidRDefault="00000000">
            <w:pPr>
              <w:spacing w:before="0" w:after="0" w:line="240" w:lineRule="auto"/>
            </w:pPr>
            <w:r>
              <w:rPr>
                <w:sz w:val="19"/>
              </w:rPr>
              <w:t>□AI □資料 □人 □他</w:t>
            </w:r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A3B185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□高  □中  □低</w:t>
            </w:r>
            <w:r>
              <w:rPr>
                <w:sz w:val="19"/>
                <w:lang w:eastAsia="ja-JP"/>
              </w:rPr>
              <w:br/>
              <w:t>練習プラン：</w:t>
            </w:r>
          </w:p>
        </w:tc>
      </w:tr>
    </w:tbl>
    <w:p w14:paraId="34174094" w14:textId="77777777" w:rsidR="00736C8F" w:rsidRDefault="00000000">
      <w:pPr>
        <w:spacing w:before="40" w:after="0"/>
        <w:rPr>
          <w:lang w:eastAsia="ja-JP"/>
        </w:rPr>
      </w:pPr>
      <w:r>
        <w:rPr>
          <w:sz w:val="19"/>
          <w:lang w:eastAsia="ja-JP"/>
        </w:rPr>
        <w:t>使う支援と、その支援のもとでできる見通しを選び、練習プランを記入します。</w:t>
      </w:r>
    </w:p>
    <w:p w14:paraId="7B15382B" w14:textId="19C3F5F0" w:rsidR="00736C8F" w:rsidRDefault="007B5141" w:rsidP="004924D5">
      <w:pPr>
        <w:spacing w:after="0"/>
        <w:rPr>
          <w:lang w:eastAsia="ja-JP"/>
        </w:rPr>
      </w:pPr>
      <w:r>
        <w:rPr>
          <w:sz w:val="19"/>
        </w:rPr>
        <w:t>CEFRの目安（任意）：A ____________　B ____________　C ____________　D ____________</w:t>
      </w:r>
    </w:p>
    <w:p w14:paraId="7818B19E" w14:textId="77777777" w:rsidR="00736C8F" w:rsidRDefault="00000000">
      <w:pPr>
        <w:spacing w:after="0"/>
        <w:rPr>
          <w:lang w:eastAsia="ja-JP"/>
        </w:rPr>
      </w:pPr>
      <w:r>
        <w:rPr>
          <w:sz w:val="19"/>
          <w:lang w:eastAsia="ja-JP"/>
        </w:rPr>
        <w:t>例：相手の提案を聞いて賛否と理由を返せる｜準備した賛否は言えるが、相手の発言を受けた応答は固まる｜支援を使えば一定程度</w:t>
      </w:r>
      <w:r w:rsidR="00E068C5">
        <w:rPr>
          <w:rFonts w:ascii="ＭＳ 明朝" w:eastAsia="ＭＳ 明朝" w:hAnsi="ＭＳ 明朝" w:cs="ＭＳ 明朝" w:hint="eastAsia"/>
          <w:sz w:val="19"/>
          <w:lang w:eastAsia="ja-JP"/>
        </w:rPr>
        <w:t>可能にチェック</w:t>
      </w:r>
      <w:r>
        <w:rPr>
          <w:sz w:val="19"/>
          <w:lang w:eastAsia="ja-JP"/>
        </w:rPr>
        <w:t>｜高：必要な会議表現を事前に学び、授業では</w:t>
      </w:r>
      <w:r w:rsidR="00E068C5">
        <w:rPr>
          <w:rFonts w:ascii="ＭＳ 明朝" w:eastAsia="ＭＳ 明朝" w:hAnsi="ＭＳ 明朝" w:cs="ＭＳ 明朝" w:hint="eastAsia"/>
          <w:sz w:val="19"/>
          <w:lang w:eastAsia="ja-JP"/>
        </w:rPr>
        <w:t>、模擬演習で</w:t>
      </w:r>
      <w:r>
        <w:rPr>
          <w:rFonts w:hint="eastAsia"/>
          <w:sz w:val="19"/>
          <w:lang w:eastAsia="ja-JP"/>
        </w:rPr>
        <w:t>短</w:t>
      </w:r>
      <w:r>
        <w:rPr>
          <w:sz w:val="19"/>
          <w:lang w:eastAsia="ja-JP"/>
        </w:rPr>
        <w:t>い応答を繰り返す。</w:t>
      </w:r>
      <w:bookmarkStart w:id="1" w:name="OLE_LINK2"/>
    </w:p>
    <w:bookmarkEnd w:id="1"/>
    <w:p w14:paraId="6662FF18" w14:textId="2E4F16B5" w:rsidR="00736C8F" w:rsidRDefault="007B5141">
      <w:pPr>
        <w:spacing w:before="40" w:after="0"/>
        <w:rPr>
          <w:lang w:eastAsia="ja-JP"/>
        </w:rPr>
      </w:pPr>
      <w:r>
        <w:rPr>
          <w:sz w:val="19"/>
        </w:rPr>
        <w:t>準備で使える支援：________________________　会議・活動中に使える支援：________________________</w:t>
      </w:r>
    </w:p>
    <w:bookmarkEnd w:id="0"/>
    <w:p w14:paraId="7EE12FEE" w14:textId="77777777" w:rsidR="00736C8F" w:rsidRDefault="00000000">
      <w:pPr>
        <w:keepNext/>
        <w:pageBreakBefore/>
        <w:spacing w:after="100"/>
        <w:rPr>
          <w:lang w:eastAsia="ja-JP"/>
        </w:rPr>
      </w:pPr>
      <w:r>
        <w:rPr>
          <w:b/>
          <w:sz w:val="24"/>
          <w:lang w:eastAsia="ja-JP"/>
        </w:rPr>
        <w:lastRenderedPageBreak/>
        <w:t>2　15回の授業に割り振る</w:t>
      </w:r>
    </w:p>
    <w:p w14:paraId="1FF8B31A" w14:textId="77777777" w:rsidR="00736C8F" w:rsidRDefault="00000000">
      <w:pPr>
        <w:keepNext/>
        <w:spacing w:after="140"/>
        <w:rPr>
          <w:lang w:eastAsia="ja-JP"/>
        </w:rPr>
      </w:pPr>
      <w:r>
        <w:rPr>
          <w:sz w:val="19"/>
          <w:lang w:eastAsia="ja-JP"/>
        </w:rPr>
        <w:t>背景知識とA～Dは複数選択可。次回までの課題は次回の「授業外の準備」に記入します。授業内の活動には知識の説明とその後の活動を書き、RACOに丸を付けます。</w:t>
      </w:r>
    </w:p>
    <w:tbl>
      <w:tblPr>
        <w:tblW w:w="0" w:type="auto"/>
        <w:tblInd w:w="145" w:type="dxa"/>
        <w:tblBorders>
          <w:top w:val="single" w:sz="4" w:space="0" w:color="C5CACB"/>
          <w:left w:val="single" w:sz="4" w:space="0" w:color="C5CACB"/>
          <w:bottom w:val="single" w:sz="4" w:space="0" w:color="C5CACB"/>
          <w:right w:val="single" w:sz="4" w:space="0" w:color="C5CACB"/>
          <w:insideH w:val="single" w:sz="4" w:space="0" w:color="C5CACB"/>
          <w:insideV w:val="single" w:sz="4" w:space="0" w:color="C5CACB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268"/>
        <w:gridCol w:w="1587"/>
        <w:gridCol w:w="3969"/>
        <w:gridCol w:w="3969"/>
        <w:gridCol w:w="2551"/>
      </w:tblGrid>
      <w:tr w:rsidR="00736C8F" w14:paraId="733CF431" w14:textId="77777777">
        <w:trPr>
          <w:trHeight w:val="454"/>
        </w:trPr>
        <w:tc>
          <w:tcPr>
            <w:tcW w:w="680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FBA6AB" w14:textId="77777777" w:rsidR="00736C8F" w:rsidRDefault="00000000">
            <w:pPr>
              <w:spacing w:line="259" w:lineRule="auto"/>
            </w:pPr>
            <w:r>
              <w:rPr>
                <w:b/>
                <w:sz w:val="19"/>
              </w:rPr>
              <w:t>回</w:t>
            </w:r>
          </w:p>
        </w:tc>
        <w:tc>
          <w:tcPr>
            <w:tcW w:w="2268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35A6C5" w14:textId="77777777" w:rsidR="00736C8F" w:rsidRDefault="00000000">
            <w:pPr>
              <w:spacing w:line="259" w:lineRule="auto"/>
            </w:pPr>
            <w:r>
              <w:rPr>
                <w:b/>
                <w:sz w:val="19"/>
              </w:rPr>
              <w:t>扱う内容（複数可）</w:t>
            </w:r>
          </w:p>
        </w:tc>
        <w:tc>
          <w:tcPr>
            <w:tcW w:w="1587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4B9355" w14:textId="77777777" w:rsidR="00736C8F" w:rsidRDefault="00000000">
            <w:pPr>
              <w:spacing w:line="259" w:lineRule="auto"/>
            </w:pPr>
            <w:r>
              <w:rPr>
                <w:b/>
                <w:sz w:val="19"/>
              </w:rPr>
              <w:t>RACO</w:t>
            </w:r>
          </w:p>
        </w:tc>
        <w:tc>
          <w:tcPr>
            <w:tcW w:w="3969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5FED76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授業外の準備（調査・資料／原稿）</w:t>
            </w:r>
          </w:p>
        </w:tc>
        <w:tc>
          <w:tcPr>
            <w:tcW w:w="3969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258994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授業内の活動（知識の説明・練習・発信・協働）</w:t>
            </w:r>
          </w:p>
        </w:tc>
        <w:tc>
          <w:tcPr>
            <w:tcW w:w="2551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1BD812" w14:textId="77777777" w:rsidR="00736C8F" w:rsidRDefault="00000000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確認する行動・成果物</w:t>
            </w:r>
          </w:p>
        </w:tc>
      </w:tr>
      <w:tr w:rsidR="00736C8F" w14:paraId="069190FA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70EAD9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EE41A6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596DB3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D2312F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B5CB03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3A245B" w14:textId="77777777" w:rsidR="00736C8F" w:rsidRDefault="00736C8F">
            <w:pPr>
              <w:spacing w:line="259" w:lineRule="auto"/>
            </w:pPr>
          </w:p>
        </w:tc>
      </w:tr>
      <w:tr w:rsidR="00736C8F" w14:paraId="66F40766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73791A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F98959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17104B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D8FBEB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4524B7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9E38C1" w14:textId="77777777" w:rsidR="00736C8F" w:rsidRDefault="00736C8F">
            <w:pPr>
              <w:spacing w:line="259" w:lineRule="auto"/>
            </w:pPr>
          </w:p>
        </w:tc>
      </w:tr>
      <w:tr w:rsidR="00736C8F" w14:paraId="07A90BFD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CCC93E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12CA8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2B20C5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94E316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D87B57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0082DC" w14:textId="77777777" w:rsidR="00736C8F" w:rsidRDefault="00736C8F">
            <w:pPr>
              <w:spacing w:line="259" w:lineRule="auto"/>
            </w:pPr>
          </w:p>
        </w:tc>
      </w:tr>
      <w:tr w:rsidR="00736C8F" w14:paraId="231E582C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3DA91F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8DFDA8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48BF04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D4E402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3BD540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70DEC1" w14:textId="77777777" w:rsidR="00736C8F" w:rsidRDefault="00736C8F">
            <w:pPr>
              <w:spacing w:line="259" w:lineRule="auto"/>
            </w:pPr>
          </w:p>
        </w:tc>
      </w:tr>
      <w:tr w:rsidR="00736C8F" w14:paraId="449500B9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296374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D94050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541D6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3B837D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301698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DFAA4B" w14:textId="77777777" w:rsidR="00736C8F" w:rsidRDefault="00736C8F">
            <w:pPr>
              <w:spacing w:line="259" w:lineRule="auto"/>
            </w:pPr>
          </w:p>
        </w:tc>
      </w:tr>
      <w:tr w:rsidR="00736C8F" w14:paraId="158AFA68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498E41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E30D4F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82644B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4E6DDB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D957E0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0D2D2C" w14:textId="77777777" w:rsidR="00736C8F" w:rsidRDefault="00736C8F">
            <w:pPr>
              <w:spacing w:line="259" w:lineRule="auto"/>
            </w:pPr>
          </w:p>
        </w:tc>
      </w:tr>
      <w:tr w:rsidR="00736C8F" w14:paraId="574BDBE2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B52035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A13C1D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8BFA7A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150146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DEA3EF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43E8EE" w14:textId="77777777" w:rsidR="00736C8F" w:rsidRDefault="00736C8F">
            <w:pPr>
              <w:spacing w:line="259" w:lineRule="auto"/>
            </w:pPr>
          </w:p>
        </w:tc>
      </w:tr>
      <w:tr w:rsidR="00736C8F" w14:paraId="4DB69C9E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3F5CBF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D5D796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BC8B47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381150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FD00E8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188BC3" w14:textId="77777777" w:rsidR="00736C8F" w:rsidRDefault="00736C8F">
            <w:pPr>
              <w:spacing w:line="259" w:lineRule="auto"/>
            </w:pPr>
          </w:p>
        </w:tc>
      </w:tr>
      <w:tr w:rsidR="00736C8F" w14:paraId="1B7048D3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A33F00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B4C888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7DC1AE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7BF380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392D52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8C88FE" w14:textId="77777777" w:rsidR="00736C8F" w:rsidRDefault="00736C8F">
            <w:pPr>
              <w:spacing w:line="259" w:lineRule="auto"/>
            </w:pPr>
          </w:p>
        </w:tc>
      </w:tr>
      <w:tr w:rsidR="00736C8F" w14:paraId="1B661A53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A6843E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2C2434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5A507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48B19F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D2DD74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8689ED" w14:textId="77777777" w:rsidR="00736C8F" w:rsidRDefault="00736C8F">
            <w:pPr>
              <w:spacing w:line="259" w:lineRule="auto"/>
            </w:pPr>
          </w:p>
        </w:tc>
      </w:tr>
      <w:tr w:rsidR="00736C8F" w14:paraId="515ABD23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0C91BC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3F99E2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FF62F8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84A546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C55ED2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D389CF" w14:textId="77777777" w:rsidR="00736C8F" w:rsidRDefault="00736C8F">
            <w:pPr>
              <w:spacing w:line="259" w:lineRule="auto"/>
            </w:pPr>
          </w:p>
        </w:tc>
      </w:tr>
      <w:tr w:rsidR="00736C8F" w14:paraId="57820177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16D9FC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B54C1A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3533B9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0E157A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5AB7ED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4EA0F8" w14:textId="77777777" w:rsidR="00736C8F" w:rsidRDefault="00736C8F">
            <w:pPr>
              <w:spacing w:line="259" w:lineRule="auto"/>
            </w:pPr>
          </w:p>
        </w:tc>
      </w:tr>
      <w:tr w:rsidR="00736C8F" w14:paraId="0F092876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7F14FD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54F0D1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A789FF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65D014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EC844D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9C7388" w14:textId="77777777" w:rsidR="00736C8F" w:rsidRDefault="00736C8F">
            <w:pPr>
              <w:spacing w:line="259" w:lineRule="auto"/>
            </w:pPr>
          </w:p>
        </w:tc>
      </w:tr>
      <w:tr w:rsidR="00736C8F" w14:paraId="23BA23BA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61FA9A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D7C793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104652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666B32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2B0182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E58F61" w14:textId="77777777" w:rsidR="00736C8F" w:rsidRDefault="00736C8F">
            <w:pPr>
              <w:spacing w:line="259" w:lineRule="auto"/>
            </w:pPr>
          </w:p>
        </w:tc>
      </w:tr>
      <w:tr w:rsidR="00736C8F" w14:paraId="7DA37CB8" w14:textId="77777777">
        <w:trPr>
          <w:trHeight w:val="340" w:hRule="exact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F965D8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C4F00E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知識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3A01BB" w14:textId="77777777" w:rsidR="00736C8F" w:rsidRDefault="00000000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614910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3CB464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E14868" w14:textId="77777777" w:rsidR="00736C8F" w:rsidRDefault="00736C8F">
            <w:pPr>
              <w:spacing w:line="259" w:lineRule="auto"/>
            </w:pPr>
          </w:p>
        </w:tc>
      </w:tr>
    </w:tbl>
    <w:p w14:paraId="03F48EDE" w14:textId="77777777" w:rsidR="004D3097" w:rsidRDefault="004D3097">
      <w:pPr>
        <w:pageBreakBefore/>
        <w:spacing w:after="120"/>
      </w:pPr>
      <w:r>
        <w:rPr>
          <w:b/>
          <w:sz w:val="26"/>
        </w:rPr>
        <w:t>3　選んだ回の活動を具体化する</w:t>
      </w:r>
    </w:p>
    <w:p>
      <w:pPr>
        <w:spacing w:after="140"/>
      </w:pPr>
      <w:r>
        <w:t>15回の一覧から、詳しく準備したい回を一つ選んで記入します。必要な回だけ、このページを複製して使います。</w:t>
      </w:r>
    </w:p>
    <w:p>
      <w:pPr>
        <w:spacing w:after="140"/>
      </w:pPr>
      <w:r>
        <w:rPr>
          <w:sz w:val="22"/>
        </w:rPr>
        <w:t>第 ______ 回　扱う内容（丸で囲む）：背景知識　A　B　C　D　　RACO（必要な場合に丸で囲む）：R　A　C　O</w:t>
      </w:r>
    </w:p>
    <w:tbl>
      <w:tblPr>
        <w:tblStyle w:val="afe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13210"/>
      </w:tblGrid>
      <w:tr>
        <w:trPr>
          <w:trHeight w:val="1037" w:hRule="atLeast"/>
        </w:trPr>
        <w:tc>
          <w:tcPr>
            <w:tcW w:type="dxa" w:w="181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この回で目指す一歩</w:t>
            </w:r>
          </w:p>
        </w:tc>
        <w:tc>
          <w:tcPr>
            <w:tcW w:type="dxa" w:w="1321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8"/>
              </w:rPr>
              <w:t>学生が「何をできるようになるか」を一つ書く：</w:t>
            </w:r>
          </w:p>
        </w:tc>
      </w:tr>
      <w:tr>
        <w:trPr>
          <w:trHeight w:val="1037" w:hRule="atLeast"/>
        </w:trPr>
        <w:tc>
          <w:tcPr>
            <w:tcW w:type="dxa" w:w="181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題材・資料</w:t>
            </w:r>
          </w:p>
        </w:tc>
        <w:tc>
          <w:tcPr>
            <w:tcW w:type="dxa" w:w="1321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8"/>
              </w:rPr>
              <w:t>扱う範囲と資料。意見の違いを扱う場合は、その争点：</w:t>
            </w:r>
          </w:p>
        </w:tc>
      </w:tr>
      <w:tr>
        <w:trPr>
          <w:trHeight w:val="1037" w:hRule="atLeast"/>
        </w:trPr>
        <w:tc>
          <w:tcPr>
            <w:tcW w:type="dxa" w:w="181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授業外の準備</w:t>
            </w:r>
          </w:p>
        </w:tc>
        <w:tc>
          <w:tcPr>
            <w:tcW w:type="dxa" w:w="1321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8"/>
              </w:rPr>
              <w:t>学生が事前に調べること、読んでくること、用意するもの：</w:t>
            </w:r>
          </w:p>
        </w:tc>
      </w:tr>
      <w:tr>
        <w:trPr>
          <w:trHeight w:val="1037" w:hRule="atLeast"/>
        </w:trPr>
        <w:tc>
          <w:tcPr>
            <w:tcW w:type="dxa" w:w="181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授業内の活動</w:t>
            </w:r>
          </w:p>
        </w:tc>
        <w:tc>
          <w:tcPr>
            <w:tcW w:type="dxa" w:w="1321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8"/>
              </w:rPr>
              <w:t>知識の説明：</w:t>
              <w:br/>
              <w:t>学生が行う練習・対話：</w:t>
            </w:r>
          </w:p>
        </w:tc>
      </w:tr>
      <w:tr>
        <w:trPr>
          <w:trHeight w:val="1037" w:hRule="atLeast"/>
        </w:trPr>
        <w:tc>
          <w:tcPr>
            <w:tcW w:type="dxa" w:w="181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支援の使い方</w:t>
            </w:r>
          </w:p>
        </w:tc>
        <w:tc>
          <w:tcPr>
            <w:tcW w:type="dxa" w:w="1321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8"/>
              </w:rPr>
              <w:t>準備中：□AI　□資料・辞書　□人　□その他　　活動中：□AI　□資料・辞書　□人　□その他</w:t>
              <w:br/>
              <w:t>使い方・条件：</w:t>
            </w:r>
          </w:p>
        </w:tc>
      </w:tr>
      <w:tr>
        <w:trPr>
          <w:trHeight w:val="1037" w:hRule="atLeast"/>
        </w:trPr>
        <w:tc>
          <w:tcPr>
            <w:tcW w:type="dxa" w:w="181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確認と次回への接続</w:t>
            </w:r>
          </w:p>
        </w:tc>
        <w:tc>
          <w:tcPr>
            <w:tcW w:type="dxa" w:w="1321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8"/>
              </w:rPr>
              <w:t>この回で見る発言・行動・成果物：</w:t>
              <w:br/>
              <w:t>次回の準備物・続けて練習すること：</w:t>
            </w:r>
          </w:p>
        </w:tc>
      </w:tr>
    </w:tbl>
    <w:p>
      <w:pPr>
        <w:spacing w:before="140" w:after="60"/>
      </w:pPr>
      <w:r>
        <w:rPr>
          <w:b/>
          <w:sz w:val="18"/>
        </w:rPr>
        <w:t>記入例：決議案の一文を検討する回</w:t>
      </w:r>
    </w:p>
    <w:p>
      <w:pPr>
        <w:spacing w:after="0"/>
      </w:pPr>
      <w:r>
        <w:rPr>
          <w:sz w:val="18"/>
        </w:rPr>
        <w:t>項目B「相手の提案を聞き、変更案を一つ伝えられる」を練習します。事前に短い条文と二つの立場を読み、授業では語句を一つ選んで変更案を話し合います。資料・辞書は確認に使い、発言や変更案を見て次の練習を決めます。</w:t>
      </w:r>
    </w:p>
    <w:sectPr w:rsidR="004D3097" w:rsidSect="00034616">
      <w:pgSz w:w="16838" w:h="11906" w:orient="landscape"/>
      <w:pgMar w:top="567" w:right="907" w:bottom="567" w:left="90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Han Code JP">
    <w:altName w:val="Cambria"/>
    <w:panose1 w:val="020B0500000000000000"/>
    <w:charset w:val="80"/>
    <w:family w:val="swiss"/>
    <w:pitch w:val="variable"/>
    <w:sig w:usb0="20000083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9285915">
    <w:abstractNumId w:val="8"/>
  </w:num>
  <w:num w:numId="2" w16cid:durableId="2023126624">
    <w:abstractNumId w:val="6"/>
  </w:num>
  <w:num w:numId="3" w16cid:durableId="1388724476">
    <w:abstractNumId w:val="5"/>
  </w:num>
  <w:num w:numId="4" w16cid:durableId="46416979">
    <w:abstractNumId w:val="4"/>
  </w:num>
  <w:num w:numId="5" w16cid:durableId="650525593">
    <w:abstractNumId w:val="7"/>
  </w:num>
  <w:num w:numId="6" w16cid:durableId="716321696">
    <w:abstractNumId w:val="3"/>
  </w:num>
  <w:num w:numId="7" w16cid:durableId="719986599">
    <w:abstractNumId w:val="2"/>
  </w:num>
  <w:num w:numId="8" w16cid:durableId="1490172404">
    <w:abstractNumId w:val="1"/>
  </w:num>
  <w:num w:numId="9" w16cid:durableId="935980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A3C"/>
    <w:rsid w:val="0015074B"/>
    <w:rsid w:val="0029639D"/>
    <w:rsid w:val="00326F90"/>
    <w:rsid w:val="00336E69"/>
    <w:rsid w:val="004924D5"/>
    <w:rsid w:val="004D3097"/>
    <w:rsid w:val="0059473C"/>
    <w:rsid w:val="00736C8F"/>
    <w:rsid w:val="007B1630"/>
    <w:rsid w:val="007B5141"/>
    <w:rsid w:val="00810AE0"/>
    <w:rsid w:val="008A1BAA"/>
    <w:rsid w:val="00AA1D8D"/>
    <w:rsid w:val="00B47730"/>
    <w:rsid w:val="00CB0664"/>
    <w:rsid w:val="00E068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1071F5"/>
  <w14:defaultImageDpi w14:val="300"/>
  <w15:docId w15:val="{836199DA-534E-7E42-8633-981840AF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71" w:lineRule="auto"/>
    </w:pPr>
    <w:rPr>
      <w:rFonts w:ascii="Source Han Code JP" w:eastAsia="Source Han Code JP" w:hAnsi="Source Han Code JP"/>
      <w:color w:val="1C222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ニーズから15回を組む コース設計ワークシート</dc:title>
  <dc:subject>会議型授業のコース設計ワークシート</dc:subject>
  <dc:creator>python-docx</dc:creator>
  <cp:keywords/>
  <dc:description>generated by python-docx</dc:description>
  <cp:lastModifiedBy>Editor</cp:lastModifiedBy>
  <cp:revision>7</cp:revision>
  <dcterms:created xsi:type="dcterms:W3CDTF">2013-12-23T23:15:00Z</dcterms:created>
  <dcterms:modified xsi:type="dcterms:W3CDTF">2026-09-29T03:58:00Z</dcterms:modified>
  <cp:category/>
</cp:coreProperties>
</file>