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DFE9EB" w14:textId="77777777" w:rsidR="00B64F21" w:rsidRDefault="00000000">
      <w:pPr>
        <w:pStyle w:val="aa"/>
        <w:keepNext/>
        <w:spacing w:after="120"/>
        <w:rPr>
          <w:lang w:eastAsia="ja-JP"/>
        </w:rPr>
      </w:pPr>
      <w:r>
        <w:rPr>
          <w:b/>
          <w:sz w:val="26"/>
          <w:lang w:eastAsia="ja-JP"/>
        </w:rPr>
        <w:t>AI Use and Application Check Sheet</w:t>
      </w:r>
    </w:p>
    <w:p w14:paraId="1E1DD3A9" w14:textId="77777777" w:rsidR="00B64F21" w:rsidRDefault="00000000">
      <w:pPr>
        <w:keepNext/>
        <w:spacing w:after="140"/>
        <w:rPr>
          <w:lang w:eastAsia="ja-JP"/>
        </w:rPr>
      </w:pPr>
      <w:r>
        <w:rPr>
          <w:lang w:eastAsia="ja-JP"/>
        </w:rPr>
        <w:t>If you used AI for an assignment, select one main way you used it and record what you asked AI to do and what you checked before adopting or revising its output. The five patterns are an operational classification for describing AI use in this material, not an established academic classification or a ranking of desirable use.</w:t>
      </w:r>
    </w:p>
    <w:tbl>
      <w:tblPr>
        <w:tblW w:w="0" w:type="auto"/>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val="04A0" w:firstRow="1" w:lastRow="0" w:firstColumn="1" w:lastColumn="0" w:noHBand="0" w:noVBand="1"/>
      </w:tblPr>
      <w:tblGrid>
        <w:gridCol w:w="2438"/>
        <w:gridCol w:w="4025"/>
      </w:tblGrid>
      <w:tr w:rsidR="00B64F21" w14:paraId="35110A4E" w14:textId="77777777">
        <w:trPr>
          <w:trHeight w:val="680"/>
        </w:trPr>
        <w:tc>
          <w:tcPr>
            <w:tcW w:w="6463" w:type="dxa"/>
            <w:gridSpan w:val="2"/>
            <w:tcMar>
              <w:top w:w="100" w:type="dxa"/>
              <w:left w:w="120" w:type="dxa"/>
              <w:bottom w:w="100" w:type="dxa"/>
              <w:right w:w="120" w:type="dxa"/>
            </w:tcMar>
            <w:vAlign w:val="center"/>
          </w:tcPr>
          <w:p w14:paraId="794DB476" w14:textId="77777777" w:rsidR="00B64F21" w:rsidRDefault="00000000">
            <w:pPr>
              <w:spacing w:line="280" w:lineRule="exact"/>
              <w:rPr>
                <w:lang w:eastAsia="ja-JP"/>
              </w:rPr>
            </w:pPr>
            <w:r>
              <w:rPr>
                <w:sz w:val="20"/>
                <w:lang w:eastAsia="ja-JP"/>
              </w:rPr>
              <w:t>Assignment title/date:</w:t>
              <w:br/>
              <w:t>AI use  □ none  □ used</w:t>
              <w:br/>
              <w:t>Primary pattern  □ Search  □ Reliance  □ Revision  □ Idea Development  □ Practice</w:t>
              <w:br/>
              <w:t>Pre-submission checks  □ I checked the content and evidence  □ I decided what to adopt myself</w:t>
            </w:r>
            <w:r>
              <w:rPr>
                <w:sz w:val="20"/>
                <w:lang w:eastAsia="ja-JP"/>
              </w:rPr>
            </w:r>
            <w:r>
              <w:rPr>
                <w:sz w:val="20"/>
                <w:lang w:eastAsia="ja-JP"/>
              </w:rPr>
            </w:r>
            <w:r>
              <w:rPr>
                <w:sz w:val="20"/>
                <w:lang w:eastAsia="ja-JP"/>
              </w:rPr>
            </w:r>
          </w:p>
        </w:tc>
      </w:tr>
      <w:tr w:rsidR="00B64F21" w14:paraId="445E033A" w14:textId="77777777">
        <w:trPr>
          <w:trHeight w:val="850"/>
        </w:trPr>
        <w:tc>
          <w:tcPr>
            <w:tcW w:w="2438" w:type="dxa"/>
            <w:tcMar>
              <w:top w:w="110" w:type="dxa"/>
              <w:left w:w="145" w:type="dxa"/>
              <w:bottom w:w="110" w:type="dxa"/>
              <w:right w:w="145" w:type="dxa"/>
            </w:tcMar>
            <w:vAlign w:val="center"/>
          </w:tcPr>
          <w:p w14:paraId="69C51A57" w14:textId="77777777" w:rsidR="00B64F21" w:rsidRDefault="00000000">
            <w:pPr>
              <w:spacing w:line="280" w:lineRule="exact"/>
            </w:pPr>
            <w:r>
              <w:rPr>
                <w:sz w:val="19"/>
              </w:rPr>
              <w:t>Work assigned to AI</w:t>
            </w:r>
          </w:p>
        </w:tc>
        <w:tc>
          <w:tcPr>
            <w:tcW w:w="4025" w:type="dxa"/>
            <w:tcMar>
              <w:top w:w="110" w:type="dxa"/>
              <w:left w:w="145" w:type="dxa"/>
              <w:bottom w:w="110" w:type="dxa"/>
              <w:right w:w="145" w:type="dxa"/>
            </w:tcMar>
            <w:vAlign w:val="center"/>
          </w:tcPr>
          <w:p w14:paraId="49906ACC" w14:textId="77777777" w:rsidR="00B64F21" w:rsidRDefault="00000000">
            <w:pPr>
              <w:spacing w:line="280" w:lineRule="exact"/>
            </w:pPr>
            <w:r>
              <w:t xml:space="preserve"> </w:t>
            </w:r>
          </w:p>
        </w:tc>
      </w:tr>
      <w:tr w:rsidR="00B64F21" w14:paraId="39DAB2EF" w14:textId="77777777">
        <w:trPr>
          <w:trHeight w:val="850"/>
        </w:trPr>
        <w:tc>
          <w:tcPr>
            <w:tcW w:w="2438" w:type="dxa"/>
            <w:tcMar>
              <w:top w:w="110" w:type="dxa"/>
              <w:left w:w="145" w:type="dxa"/>
              <w:bottom w:w="110" w:type="dxa"/>
              <w:right w:w="145" w:type="dxa"/>
            </w:tcMar>
            <w:vAlign w:val="center"/>
          </w:tcPr>
          <w:p w14:paraId="65AEB038" w14:textId="77777777" w:rsidR="00B64F21" w:rsidRDefault="00000000">
            <w:pPr>
              <w:spacing w:line="280" w:lineRule="exact"/>
              <w:rPr>
                <w:lang w:eastAsia="ja-JP"/>
              </w:rPr>
            </w:pPr>
            <w:r>
              <w:rPr>
                <w:sz w:val="19"/>
                <w:lang w:eastAsia="ja-JP"/>
              </w:rPr>
              <w:t>What I adopted from AI’s suggestions</w:t>
            </w:r>
          </w:p>
        </w:tc>
        <w:tc>
          <w:tcPr>
            <w:tcW w:w="4025" w:type="dxa"/>
            <w:tcMar>
              <w:top w:w="110" w:type="dxa"/>
              <w:left w:w="145" w:type="dxa"/>
              <w:bottom w:w="110" w:type="dxa"/>
              <w:right w:w="145" w:type="dxa"/>
            </w:tcMar>
            <w:vAlign w:val="center"/>
          </w:tcPr>
          <w:p w14:paraId="79AB409D" w14:textId="77777777" w:rsidR="00B64F21" w:rsidRDefault="00000000">
            <w:pPr>
              <w:spacing w:line="280" w:lineRule="exact"/>
              <w:rPr>
                <w:lang w:eastAsia="ja-JP"/>
              </w:rPr>
            </w:pPr>
            <w:r>
              <w:rPr>
                <w:lang w:eastAsia="ja-JP"/>
              </w:rPr>
              <w:t xml:space="preserve"> </w:t>
            </w:r>
          </w:p>
        </w:tc>
      </w:tr>
      <w:tr w:rsidR="00B64F21" w14:paraId="7898E0D7" w14:textId="77777777">
        <w:trPr>
          <w:trHeight w:val="850"/>
        </w:trPr>
        <w:tc>
          <w:tcPr>
            <w:tcW w:w="2438" w:type="dxa"/>
            <w:tcMar>
              <w:top w:w="110" w:type="dxa"/>
              <w:left w:w="145" w:type="dxa"/>
              <w:bottom w:w="110" w:type="dxa"/>
              <w:right w:w="145" w:type="dxa"/>
            </w:tcMar>
            <w:vAlign w:val="center"/>
          </w:tcPr>
          <w:p w14:paraId="160F43E2" w14:textId="77777777" w:rsidR="00B64F21" w:rsidRDefault="00000000">
            <w:pPr>
              <w:spacing w:line="280" w:lineRule="exact"/>
            </w:pPr>
            <w:r>
              <w:rPr>
                <w:sz w:val="19"/>
              </w:rPr>
              <w:t>What I revised or rejected</w:t>
            </w:r>
          </w:p>
        </w:tc>
        <w:tc>
          <w:tcPr>
            <w:tcW w:w="4025" w:type="dxa"/>
            <w:tcMar>
              <w:top w:w="110" w:type="dxa"/>
              <w:left w:w="145" w:type="dxa"/>
              <w:bottom w:w="110" w:type="dxa"/>
              <w:right w:w="145" w:type="dxa"/>
            </w:tcMar>
            <w:vAlign w:val="center"/>
          </w:tcPr>
          <w:p w14:paraId="62ABEC66" w14:textId="77777777" w:rsidR="00B64F21" w:rsidRDefault="00000000">
            <w:pPr>
              <w:spacing w:line="280" w:lineRule="exact"/>
            </w:pPr>
            <w:r>
              <w:t xml:space="preserve"> </w:t>
            </w:r>
          </w:p>
        </w:tc>
      </w:tr>
      <w:tr w:rsidR="00B64F21" w14:paraId="67CBA358" w14:textId="77777777">
        <w:trPr>
          <w:trHeight w:val="850"/>
        </w:trPr>
        <w:tc>
          <w:tcPr>
            <w:tcW w:w="2438" w:type="dxa"/>
            <w:tcMar>
              <w:top w:w="100" w:type="dxa"/>
              <w:left w:w="120" w:type="dxa"/>
              <w:bottom w:w="100" w:type="dxa"/>
              <w:right w:w="120" w:type="dxa"/>
            </w:tcMar>
            <w:vAlign w:val="center"/>
          </w:tcPr>
          <w:p w14:paraId="1BF68581" w14:textId="77777777" w:rsidR="00B64F21" w:rsidRDefault="00000000">
            <w:pPr>
              <w:spacing w:line="280" w:lineRule="exact"/>
              <w:rPr>
                <w:lang w:eastAsia="ja-JP"/>
              </w:rPr>
            </w:pPr>
            <w:r>
              <w:rPr>
                <w:b/>
                <w:sz w:val="20"/>
                <w:lang w:eastAsia="ja-JP"/>
              </w:rPr>
              <w:t>Key points and reasons for my decisions</w:t>
            </w:r>
          </w:p>
        </w:tc>
        <w:tc>
          <w:tcPr>
            <w:tcW w:w="4025" w:type="dxa"/>
            <w:tcMar>
              <w:top w:w="110" w:type="dxa"/>
              <w:left w:w="145" w:type="dxa"/>
              <w:bottom w:w="110" w:type="dxa"/>
              <w:right w:w="145" w:type="dxa"/>
            </w:tcMar>
            <w:vAlign w:val="center"/>
          </w:tcPr>
          <w:p w14:paraId="5B6C60D5" w14:textId="77777777" w:rsidR="00B64F21" w:rsidRDefault="00000000">
            <w:pPr>
              <w:spacing w:line="280" w:lineRule="exact"/>
              <w:rPr>
                <w:lang w:eastAsia="ja-JP"/>
              </w:rPr>
            </w:pPr>
            <w:r>
              <w:rPr>
                <w:lang w:eastAsia="ja-JP"/>
              </w:rPr>
              <w:t xml:space="preserve"> </w:t>
            </w:r>
          </w:p>
        </w:tc>
      </w:tr>
      <w:tr w:rsidR="00B64F21" w14:paraId="70EF609F" w14:textId="77777777">
        <w:trPr>
          <w:trHeight w:val="850"/>
        </w:trPr>
        <w:tc>
          <w:tcPr>
            <w:tcW w:w="2438" w:type="dxa"/>
            <w:tcMar>
              <w:top w:w="110" w:type="dxa"/>
              <w:left w:w="145" w:type="dxa"/>
              <w:bottom w:w="110" w:type="dxa"/>
              <w:right w:w="145" w:type="dxa"/>
            </w:tcMar>
            <w:vAlign w:val="center"/>
          </w:tcPr>
          <w:p w14:paraId="0A464A41" w14:textId="77777777" w:rsidR="00B64F21" w:rsidRDefault="00000000">
            <w:pPr>
              <w:spacing w:line="280" w:lineRule="exact"/>
            </w:pPr>
            <w:r>
              <w:rPr>
                <w:sz w:val="19"/>
              </w:rPr>
              <w:t>Sources and evidence I checked</w:t>
            </w:r>
          </w:p>
        </w:tc>
        <w:tc>
          <w:tcPr>
            <w:tcW w:w="4025" w:type="dxa"/>
            <w:tcMar>
              <w:top w:w="110" w:type="dxa"/>
              <w:left w:w="145" w:type="dxa"/>
              <w:bottom w:w="110" w:type="dxa"/>
              <w:right w:w="145" w:type="dxa"/>
            </w:tcMar>
            <w:vAlign w:val="center"/>
          </w:tcPr>
          <w:p>
            <w:pPr/>
            <w:r>
              <w:t>If you asked AI to generate output and used it as-is, briefly enter the information below.</w:t>
            </w:r>
          </w:p>
          <w:p w14:paraId="459B4693" w14:textId="77777777" w:rsidR="00B64F21" w:rsidRDefault="00000000">
            <w:pPr>
              <w:spacing w:line="280" w:lineRule="exact"/>
            </w:pPr>
            <w:r>
              <w:t xml:space="preserve"> </w:t>
            </w:r>
          </w:p>
        </w:tc>
      </w:tr>
    </w:tbl>
    <w:p w14:paraId="5FEA7BB2" w14:textId="77777777" w:rsidR="00B64F21" w:rsidRDefault="00000000">
      <w:pPr>
        <w:pStyle w:val="1"/>
        <w:pageBreakBefore/>
        <w:spacing w:after="200"/>
        <w:rPr>
          <w:lang w:eastAsia="ja-JP"/>
        </w:rPr>
      </w:pPr>
      <w:r>
        <w:rPr>
          <w:lang w:eastAsia="ja-JP"/>
        </w:rPr>
        <w:t>AI Use: Five Operational Patterns</w:t>
      </w:r>
    </w:p>
    <w:p w14:paraId="41984922" w14:textId="77777777" w:rsidR="00B64F21" w:rsidRDefault="00000000">
      <w:pPr>
        <w:spacing w:after="200"/>
        <w:rPr>
          <w:lang w:eastAsia="ja-JP"/>
        </w:rPr>
      </w:pPr>
      <w:r>
        <w:rPr>
          <w:lang w:eastAsia="ja-JP"/>
        </w:rPr>
        <w:t>In this sheet, select one main way you used AI for this assignment. If you did not use AI, select “AI use: none.”</w:t>
      </w:r>
    </w:p>
    <w:tbl>
      <w:tblPr>
        <w:tblW w:w="0" w:type="auto"/>
        <w:tblLayout w:type="fixed"/>
        <w:tblLook w:val="04A0" w:firstRow="1" w:lastRow="0" w:firstColumn="1" w:lastColumn="0" w:noHBand="0" w:noVBand="1"/>
      </w:tblPr>
      <w:tblGrid>
        <w:gridCol w:w="1814"/>
        <w:gridCol w:w="4649"/>
      </w:tblGrid>
      <w:tr w:rsidR="00B64F21" w14:paraId="0D60243F" w14:textId="77777777">
        <w:tc>
          <w:tcPr>
            <w:tcW w:w="1814" w:type="dxa"/>
            <w:tcMar>
              <w:top w:w="100" w:type="dxa"/>
              <w:left w:w="120" w:type="dxa"/>
              <w:bottom w:w="100" w:type="dxa"/>
              <w:right w:w="120" w:type="dxa"/>
            </w:tcMar>
            <w:vAlign w:val="center"/>
          </w:tcPr>
          <w:p w14:paraId="0A3A85A8" w14:textId="77777777" w:rsidR="00B64F21" w:rsidRDefault="00000000">
            <w:pPr>
              <w:spacing w:line="280" w:lineRule="exact"/>
            </w:pPr>
            <w:r>
              <w:rPr>
                <w:b/>
                <w:sz w:val="20"/>
              </w:rPr>
              <w:t>Pattern</w:t>
            </w:r>
          </w:p>
        </w:tc>
        <w:tc>
          <w:tcPr>
            <w:tcW w:w="4649" w:type="dxa"/>
            <w:tcMar>
              <w:top w:w="100" w:type="dxa"/>
              <w:left w:w="120" w:type="dxa"/>
              <w:bottom w:w="100" w:type="dxa"/>
              <w:right w:w="120" w:type="dxa"/>
            </w:tcMar>
            <w:vAlign w:val="center"/>
          </w:tcPr>
          <w:p w14:paraId="02262B84" w14:textId="77777777" w:rsidR="00B64F21" w:rsidRDefault="00000000">
            <w:pPr>
              <w:spacing w:line="280" w:lineRule="exact"/>
            </w:pPr>
            <w:r>
              <w:rPr>
                <w:b/>
                <w:sz w:val="20"/>
              </w:rPr>
              <w:t>Main use</w:t>
            </w:r>
          </w:p>
        </w:tc>
      </w:tr>
      <w:tr w:rsidR="00B64F21" w14:paraId="51DD329B" w14:textId="77777777">
        <w:tc>
          <w:tcPr>
            <w:tcW w:w="1814" w:type="dxa"/>
            <w:tcMar>
              <w:top w:w="100" w:type="dxa"/>
              <w:left w:w="120" w:type="dxa"/>
              <w:bottom w:w="100" w:type="dxa"/>
              <w:right w:w="120" w:type="dxa"/>
            </w:tcMar>
            <w:vAlign w:val="center"/>
          </w:tcPr>
          <w:p w14:paraId="3C5B4EB2" w14:textId="77777777" w:rsidR="00B64F21" w:rsidRDefault="00000000">
            <w:pPr>
              <w:spacing w:line="280" w:lineRule="exact"/>
            </w:pPr>
            <w:r>
              <w:rPr>
                <w:b/>
                <w:sz w:val="20"/>
              </w:rPr>
              <w:t>Search</w:t>
            </w:r>
          </w:p>
        </w:tc>
        <w:tc>
          <w:tcPr>
            <w:tcW w:w="4649" w:type="dxa"/>
            <w:tcMar>
              <w:top w:w="100" w:type="dxa"/>
              <w:left w:w="120" w:type="dxa"/>
              <w:bottom w:w="100" w:type="dxa"/>
              <w:right w:w="120" w:type="dxa"/>
            </w:tcMar>
            <w:vAlign w:val="center"/>
          </w:tcPr>
          <w:p w14:paraId="15E6C9EC" w14:textId="77777777" w:rsidR="00B64F21" w:rsidRDefault="00000000">
            <w:pPr>
              <w:spacing w:line="280" w:lineRule="exact"/>
              <w:rPr>
                <w:lang w:eastAsia="ja-JP"/>
              </w:rPr>
            </w:pPr>
            <w:r>
              <w:rPr>
                <w:sz w:val="20"/>
                <w:lang w:eastAsia="ja-JP"/>
              </w:rPr>
              <w:t>Search: Using AI to search for information instead of a search engine such as Google.</w:t>
            </w:r>
          </w:p>
        </w:tc>
      </w:tr>
      <w:tr w:rsidR="00B64F21" w14:paraId="61559780" w14:textId="77777777">
        <w:tc>
          <w:tcPr>
            <w:tcW w:w="1814" w:type="dxa"/>
            <w:tcMar>
              <w:top w:w="100" w:type="dxa"/>
              <w:left w:w="120" w:type="dxa"/>
              <w:bottom w:w="100" w:type="dxa"/>
              <w:right w:w="120" w:type="dxa"/>
            </w:tcMar>
            <w:vAlign w:val="center"/>
          </w:tcPr>
          <w:p w14:paraId="2DEB5647" w14:textId="77777777" w:rsidR="00B64F21" w:rsidRDefault="00000000">
            <w:pPr>
              <w:spacing w:line="280" w:lineRule="exact"/>
            </w:pPr>
            <w:r>
              <w:rPr>
                <w:b/>
                <w:sz w:val="20"/>
              </w:rPr>
              <w:t>Reliance</w:t>
            </w:r>
          </w:p>
        </w:tc>
        <w:tc>
          <w:tcPr>
            <w:tcW w:w="4649" w:type="dxa"/>
            <w:tcMar>
              <w:top w:w="100" w:type="dxa"/>
              <w:left w:w="120" w:type="dxa"/>
              <w:bottom w:w="100" w:type="dxa"/>
              <w:right w:w="120" w:type="dxa"/>
            </w:tcMar>
            <w:vAlign w:val="center"/>
          </w:tcPr>
          <w:p w14:paraId="38599FD6" w14:textId="77777777" w:rsidR="00B64F21" w:rsidRDefault="00000000">
            <w:pPr>
              <w:spacing w:line="280" w:lineRule="exact"/>
              <w:rPr>
                <w:lang w:eastAsia="ja-JP"/>
              </w:rPr>
            </w:pPr>
            <w:r>
              <w:rPr>
                <w:sz w:val="20"/>
                <w:lang w:eastAsia="ja-JP"/>
              </w:rPr>
              <w:t>Using AI output largely as it is. This is a neutral type label, not a judgment that the learner is excessively dependent. Whether the learner checked the content and evidence and decided what to adopt should be recorded separately.</w:t>
            </w:r>
          </w:p>
        </w:tc>
      </w:tr>
      <w:tr w:rsidR="00B64F21" w14:paraId="163C8E10" w14:textId="77777777">
        <w:tc>
          <w:tcPr>
            <w:tcW w:w="1814" w:type="dxa"/>
            <w:tcMar>
              <w:top w:w="100" w:type="dxa"/>
              <w:left w:w="120" w:type="dxa"/>
              <w:bottom w:w="100" w:type="dxa"/>
              <w:right w:w="120" w:type="dxa"/>
            </w:tcMar>
            <w:vAlign w:val="center"/>
          </w:tcPr>
          <w:p w14:paraId="2BA203A2" w14:textId="77777777" w:rsidR="00B64F21" w:rsidRDefault="00000000">
            <w:pPr>
              <w:spacing w:line="280" w:lineRule="exact"/>
            </w:pPr>
            <w:r>
              <w:rPr>
                <w:b/>
                <w:sz w:val="20"/>
              </w:rPr>
              <w:t>Revision</w:t>
            </w:r>
          </w:p>
        </w:tc>
        <w:tc>
          <w:tcPr>
            <w:tcW w:w="4649" w:type="dxa"/>
            <w:tcMar>
              <w:top w:w="100" w:type="dxa"/>
              <w:left w:w="120" w:type="dxa"/>
              <w:bottom w:w="100" w:type="dxa"/>
              <w:right w:w="120" w:type="dxa"/>
            </w:tcMar>
            <w:vAlign w:val="center"/>
          </w:tcPr>
          <w:p w14:paraId="01723A8B" w14:textId="77777777" w:rsidR="00B64F21" w:rsidRDefault="00000000">
            <w:pPr>
              <w:spacing w:line="280" w:lineRule="exact"/>
              <w:rPr>
                <w:lang w:eastAsia="ja-JP"/>
              </w:rPr>
            </w:pPr>
            <w:r>
              <w:rPr>
                <w:sz w:val="20"/>
                <w:lang w:eastAsia="ja-JP"/>
              </w:rPr>
              <w:t>Starting from the learner’s own draft and selectively accepting or rejecting AI’s suggestions for improvement.</w:t>
            </w:r>
          </w:p>
        </w:tc>
      </w:tr>
      <w:tr w:rsidR="00B64F21" w14:paraId="27353160" w14:textId="77777777">
        <w:tc>
          <w:tcPr>
            <w:tcW w:w="1814" w:type="dxa"/>
            <w:tcMar>
              <w:top w:w="100" w:type="dxa"/>
              <w:left w:w="120" w:type="dxa"/>
              <w:bottom w:w="100" w:type="dxa"/>
              <w:right w:w="120" w:type="dxa"/>
            </w:tcMar>
            <w:vAlign w:val="center"/>
          </w:tcPr>
          <w:p w14:paraId="2C22ABB2" w14:textId="77777777" w:rsidR="00B64F21" w:rsidRDefault="00000000">
            <w:pPr>
              <w:spacing w:line="280" w:lineRule="exact"/>
            </w:pPr>
            <w:r>
              <w:rPr>
                <w:b/>
                <w:sz w:val="20"/>
              </w:rPr>
              <w:t>Idea Development</w:t>
            </w:r>
          </w:p>
        </w:tc>
        <w:tc>
          <w:tcPr>
            <w:tcW w:w="4649" w:type="dxa"/>
            <w:tcMar>
              <w:top w:w="100" w:type="dxa"/>
              <w:left w:w="120" w:type="dxa"/>
              <w:bottom w:w="100" w:type="dxa"/>
              <w:right w:w="120" w:type="dxa"/>
            </w:tcMar>
            <w:vAlign w:val="center"/>
          </w:tcPr>
          <w:p w14:paraId="49218D43" w14:textId="77777777" w:rsidR="00B64F21" w:rsidRDefault="00000000">
            <w:pPr>
              <w:spacing w:line="280" w:lineRule="exact"/>
              <w:rPr>
                <w:lang w:eastAsia="ja-JP"/>
              </w:rPr>
            </w:pPr>
            <w:r>
              <w:rPr>
                <w:sz w:val="20"/>
                <w:lang w:eastAsia="ja-JP"/>
              </w:rPr>
              <w:t>Starting from an AI-generated idea, then developing it by adding the learner’s own information and judgment.</w:t>
            </w:r>
          </w:p>
        </w:tc>
      </w:tr>
      <w:tr w:rsidR="00B64F21" w14:paraId="3DE66117" w14:textId="77777777">
        <w:tc>
          <w:tcPr>
            <w:tcW w:w="1814" w:type="dxa"/>
            <w:tcMar>
              <w:top w:w="100" w:type="dxa"/>
              <w:left w:w="120" w:type="dxa"/>
              <w:bottom w:w="100" w:type="dxa"/>
              <w:right w:w="120" w:type="dxa"/>
            </w:tcMar>
            <w:vAlign w:val="center"/>
          </w:tcPr>
          <w:p w14:paraId="3EB3EC91" w14:textId="77777777" w:rsidR="00B64F21" w:rsidRDefault="00000000">
            <w:pPr>
              <w:spacing w:line="280" w:lineRule="exact"/>
            </w:pPr>
            <w:r>
              <w:rPr>
                <w:b/>
                <w:sz w:val="20"/>
              </w:rPr>
              <w:t>Practice</w:t>
            </w:r>
          </w:p>
        </w:tc>
        <w:tc>
          <w:tcPr>
            <w:tcW w:w="4649" w:type="dxa"/>
            <w:tcMar>
              <w:top w:w="100" w:type="dxa"/>
              <w:left w:w="120" w:type="dxa"/>
              <w:bottom w:w="100" w:type="dxa"/>
              <w:right w:w="120" w:type="dxa"/>
            </w:tcMar>
            <w:vAlign w:val="center"/>
          </w:tcPr>
          <w:p w14:paraId="17875576" w14:textId="77777777" w:rsidR="00B64F21" w:rsidRDefault="00000000">
            <w:pPr>
              <w:spacing w:line="280" w:lineRule="exact"/>
              <w:rPr>
                <w:lang w:eastAsia="ja-JP"/>
              </w:rPr>
            </w:pPr>
            <w:r>
              <w:rPr>
                <w:sz w:val="20"/>
                <w:lang w:eastAsia="ja-JP"/>
              </w:rPr>
              <w:t>Using dialogue with AI to practise responses or language use intended for interaction with other people.</w:t>
            </w:r>
          </w:p>
        </w:tc>
      </w:tr>
    </w:tbl>
    <w:p w14:paraId="4A27854C" w14:textId="77777777" w:rsidR="00B64F21" w:rsidRDefault="00000000">
      <w:pPr>
        <w:spacing w:before="200"/>
        <w:rPr>
          <w:lang w:eastAsia="ja-JP"/>
        </w:rPr>
      </w:pPr>
      <w:r>
        <w:rPr>
          <w:lang w:eastAsia="ja-JP"/>
        </w:rPr>
        <w:t>If you used more than one pattern, select the main pattern and record other uses in “Work assigned to AI” above. Reliance refers to using AI output largely as it is. Before submitting, record in the checks above whether you checked the content and evidence and decided what to adopt yourself. If you let AI make the final decision about material submitted in your name without checking and making that decision, this constitutes excessive reliance.</w:t>
      </w:r>
    </w:p>
    <w:sectPr w:rsidR="00B64F21" w:rsidSect="00034616">
      <w:pgSz w:w="8391" w:h="11906"/>
      <w:pgMar w:top="794" w:right="964" w:bottom="794"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ヒラギノ明朝 ProN">
    <w:altName w:val="Yu Gothic"/>
    <w:panose1 w:val="020B0604020202020204"/>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33010121">
    <w:abstractNumId w:val="8"/>
  </w:num>
  <w:num w:numId="2" w16cid:durableId="1538928161">
    <w:abstractNumId w:val="6"/>
  </w:num>
  <w:num w:numId="3" w16cid:durableId="1921517949">
    <w:abstractNumId w:val="5"/>
  </w:num>
  <w:num w:numId="4" w16cid:durableId="1141073145">
    <w:abstractNumId w:val="4"/>
  </w:num>
  <w:num w:numId="5" w16cid:durableId="222644954">
    <w:abstractNumId w:val="7"/>
  </w:num>
  <w:num w:numId="6" w16cid:durableId="293095933">
    <w:abstractNumId w:val="3"/>
  </w:num>
  <w:num w:numId="7" w16cid:durableId="1739206513">
    <w:abstractNumId w:val="2"/>
  </w:num>
  <w:num w:numId="8" w16cid:durableId="2035423171">
    <w:abstractNumId w:val="1"/>
  </w:num>
  <w:num w:numId="9" w16cid:durableId="20857607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05FE0"/>
    <w:rsid w:val="00AA1D8D"/>
    <w:rsid w:val="00B47730"/>
    <w:rsid w:val="00B64F21"/>
    <w:rsid w:val="00CB0664"/>
    <w:rsid w:val="00D70F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7EDE5F8"/>
  <w14:defaultImageDpi w14:val="300"/>
  <w15:docId w15:val="{8E8EF43A-16B9-EB4D-A631-454A467C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20" w:lineRule="exact"/>
    </w:pPr>
    <w:rPr>
      <w:rFonts w:ascii="ヒラギノ明朝 ProN" w:eastAsia="ヒラギノ明朝 ProN" w:hAnsi="ヒラギノ明朝 ProN" w:cs="ヒラギノ明朝 ProN"/>
      <w:color w:val="000000"/>
    </w:rPr>
  </w:style>
  <w:style w:type="paragraph" w:styleId="1">
    <w:name w:val="heading 1"/>
    <w:basedOn w:val="a1"/>
    <w:next w:val="a1"/>
    <w:link w:val="10"/>
    <w:uiPriority w:val="9"/>
    <w:qFormat/>
    <w:rsid w:val="00FC693F"/>
    <w:pPr>
      <w:keepNext/>
      <w:keepLines/>
      <w:spacing w:before="480"/>
      <w:outlineLvl w:val="0"/>
    </w:pPr>
    <w:rPr>
      <w:b/>
      <w:bCs/>
      <w:sz w:val="28"/>
      <w:szCs w:val="28"/>
    </w:rPr>
  </w:style>
  <w:style w:type="paragraph" w:styleId="21">
    <w:name w:val="heading 2"/>
    <w:basedOn w:val="a1"/>
    <w:next w:val="a1"/>
    <w:link w:val="22"/>
    <w:uiPriority w:val="9"/>
    <w:unhideWhenUsed/>
    <w:qFormat/>
    <w:rsid w:val="00FC693F"/>
    <w:pPr>
      <w:keepNext/>
      <w:keepLines/>
      <w:spacing w:before="200"/>
      <w:outlineLvl w:val="1"/>
    </w:pPr>
    <w:rPr>
      <w:b/>
      <w:bCs/>
      <w:sz w:val="26"/>
      <w:szCs w:val="26"/>
    </w:rPr>
  </w:style>
  <w:style w:type="paragraph" w:styleId="31">
    <w:name w:val="heading 3"/>
    <w:basedOn w:val="a1"/>
    <w:next w:val="a1"/>
    <w:link w:val="32"/>
    <w:uiPriority w:val="9"/>
    <w:unhideWhenUsed/>
    <w:qFormat/>
    <w:rsid w:val="00FC693F"/>
    <w:pPr>
      <w:keepNext/>
      <w:keepLines/>
      <w:spacing w:before="200"/>
      <w:outlineLvl w:val="2"/>
    </w:pPr>
    <w:rPr>
      <w:b/>
      <w:bCs/>
    </w:rPr>
  </w:style>
  <w:style w:type="paragraph" w:styleId="4">
    <w:name w:val="heading 4"/>
    <w:basedOn w:val="a1"/>
    <w:next w:val="a1"/>
    <w:link w:val="40"/>
    <w:uiPriority w:val="9"/>
    <w:semiHidden/>
    <w:unhideWhenUsed/>
    <w:qFormat/>
    <w:rsid w:val="00FC693F"/>
    <w:pPr>
      <w:keepNext/>
      <w:keepLines/>
      <w:spacing w:before="200"/>
      <w:outlineLvl w:val="3"/>
    </w:pPr>
    <w:rPr>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rPr>
      <w:rFonts w:ascii="ヒラギノ明朝 ProN" w:eastAsia="ヒラギノ明朝 ProN" w:hAnsi="ヒラギノ明朝 ProN" w:cs="ヒラギノ明朝 ProN"/>
    </w:rPr>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rPr>
      <w:rFonts w:ascii="ヒラギノ明朝 ProN" w:eastAsia="ヒラギノ明朝 ProN" w:hAnsi="ヒラギノ明朝 ProN" w:cs="ヒラギノ明朝 ProN"/>
    </w:rPr>
  </w:style>
  <w:style w:type="paragraph" w:styleId="a9">
    <w:name w:val="No Spacing"/>
    <w:uiPriority w:val="1"/>
    <w:qFormat/>
    <w:rsid w:val="00FC693F"/>
    <w:pPr>
      <w:spacing w:after="0" w:line="240" w:lineRule="auto"/>
    </w:pPr>
    <w:rPr>
      <w:rFonts w:ascii="ヒラギノ明朝 ProN" w:eastAsia="ヒラギノ明朝 ProN" w:hAnsi="ヒラギノ明朝 ProN" w:cs="ヒラギノ明朝 ProN"/>
    </w:rPr>
  </w:style>
  <w:style w:type="character" w:customStyle="1" w:styleId="10">
    <w:name w:val="見出し 1 (文字)"/>
    <w:basedOn w:val="a2"/>
    <w:link w:val="1"/>
    <w:uiPriority w:val="9"/>
    <w:rsid w:val="00FC693F"/>
    <w:rPr>
      <w:rFonts w:ascii="ヒラギノ明朝 ProN" w:eastAsia="ヒラギノ明朝 ProN" w:hAnsi="ヒラギノ明朝 ProN" w:cs="ヒラギノ明朝 ProN"/>
      <w:b/>
      <w:bCs/>
      <w:color w:val="365F91" w:themeColor="accent1" w:themeShade="BF"/>
      <w:sz w:val="28"/>
      <w:szCs w:val="28"/>
    </w:rPr>
  </w:style>
  <w:style w:type="character" w:customStyle="1" w:styleId="22">
    <w:name w:val="見出し 2 (文字)"/>
    <w:basedOn w:val="a2"/>
    <w:link w:val="21"/>
    <w:uiPriority w:val="9"/>
    <w:rsid w:val="00FC693F"/>
    <w:rPr>
      <w:rFonts w:ascii="ヒラギノ明朝 ProN" w:eastAsia="ヒラギノ明朝 ProN" w:hAnsi="ヒラギノ明朝 ProN" w:cs="ヒラギノ明朝 ProN"/>
      <w:b/>
      <w:bCs/>
      <w:color w:val="4F81BD" w:themeColor="accent1"/>
      <w:sz w:val="26"/>
      <w:szCs w:val="26"/>
    </w:rPr>
  </w:style>
  <w:style w:type="character" w:customStyle="1" w:styleId="32">
    <w:name w:val="見出し 3 (文字)"/>
    <w:basedOn w:val="a2"/>
    <w:link w:val="31"/>
    <w:uiPriority w:val="9"/>
    <w:rsid w:val="00FC693F"/>
    <w:rPr>
      <w:rFonts w:ascii="ヒラギノ明朝 ProN" w:eastAsia="ヒラギノ明朝 ProN" w:hAnsi="ヒラギノ明朝 ProN" w:cs="ヒラギノ明朝 ProN"/>
      <w:b/>
      <w:bCs/>
      <w:color w:val="4F81BD" w:themeColor="accent1"/>
    </w:rPr>
  </w:style>
  <w:style w:type="paragraph" w:styleId="aa">
    <w:name w:val="Title"/>
    <w:basedOn w:val="a1"/>
    <w:next w:val="a1"/>
    <w:link w:val="ab"/>
    <w:uiPriority w:val="10"/>
    <w:qFormat/>
    <w:rsid w:val="00FC693F"/>
    <w:pPr>
      <w:spacing w:line="240" w:lineRule="auto"/>
      <w:contextualSpacing/>
    </w:pPr>
    <w:rPr>
      <w:spacing w:val="5"/>
      <w:kern w:val="28"/>
      <w:sz w:val="52"/>
      <w:szCs w:val="52"/>
    </w:rPr>
  </w:style>
  <w:style w:type="character" w:customStyle="1" w:styleId="ab">
    <w:name w:val="表題 (文字)"/>
    <w:basedOn w:val="a2"/>
    <w:link w:val="aa"/>
    <w:uiPriority w:val="10"/>
    <w:rsid w:val="00FC693F"/>
    <w:rPr>
      <w:rFonts w:ascii="ヒラギノ明朝 ProN" w:eastAsia="ヒラギノ明朝 ProN" w:hAnsi="ヒラギノ明朝 ProN" w:cs="ヒラギノ明朝 ProN"/>
      <w:color w:val="17365D" w:themeColor="text2" w:themeShade="BF"/>
      <w:spacing w:val="5"/>
      <w:kern w:val="28"/>
      <w:sz w:val="52"/>
      <w:szCs w:val="52"/>
    </w:rPr>
  </w:style>
  <w:style w:type="paragraph" w:styleId="ac">
    <w:name w:val="Subtitle"/>
    <w:basedOn w:val="a1"/>
    <w:next w:val="a1"/>
    <w:link w:val="ad"/>
    <w:uiPriority w:val="11"/>
    <w:qFormat/>
    <w:rsid w:val="00FC693F"/>
    <w:rPr>
      <w:i/>
      <w:iCs/>
      <w:spacing w:val="15"/>
      <w:sz w:val="24"/>
      <w:szCs w:val="24"/>
    </w:rPr>
  </w:style>
  <w:style w:type="character" w:customStyle="1" w:styleId="ad">
    <w:name w:val="副題 (文字)"/>
    <w:basedOn w:val="a2"/>
    <w:link w:val="ac"/>
    <w:uiPriority w:val="11"/>
    <w:rsid w:val="00FC693F"/>
    <w:rPr>
      <w:rFonts w:ascii="ヒラギノ明朝 ProN" w:eastAsia="ヒラギノ明朝 ProN" w:hAnsi="ヒラギノ明朝 ProN" w:cs="ヒラギノ明朝 ProN"/>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ヒラギノ明朝 ProN" w:eastAsia="ヒラギノ明朝 ProN" w:hAnsi="ヒラギノ明朝 ProN" w:cs="ヒラギノ明朝 ProN"/>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ヒラギノ明朝 ProN" w:eastAsia="ヒラギノ明朝 ProN" w:hAnsi="ヒラギノ明朝 ProN" w:cs="ヒラギノ明朝 ProN"/>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rFonts w:ascii="ヒラギノ明朝 ProN" w:eastAsia="ヒラギノ明朝 ProN" w:hAnsi="ヒラギノ明朝 ProN" w:cs="ヒラギノ明朝 ProN"/>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ヒラギノ明朝 ProN" w:eastAsia="ヒラギノ明朝 ProN" w:hAnsi="ヒラギノ明朝 ProN" w:cs="ヒラギノ明朝 ProN"/>
      <w:sz w:val="20"/>
      <w:szCs w:val="20"/>
    </w:rPr>
  </w:style>
  <w:style w:type="character" w:customStyle="1" w:styleId="af4">
    <w:name w:val="マクロ文字列 (文字)"/>
    <w:basedOn w:val="a2"/>
    <w:link w:val="af3"/>
    <w:uiPriority w:val="99"/>
    <w:rsid w:val="0029639D"/>
    <w:rPr>
      <w:rFonts w:ascii="ヒラギノ明朝 ProN" w:eastAsia="ヒラギノ明朝 ProN" w:hAnsi="ヒラギノ明朝 ProN" w:cs="ヒラギノ明朝 ProN"/>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rFonts w:ascii="ヒラギノ明朝 ProN" w:eastAsia="ヒラギノ明朝 ProN" w:hAnsi="ヒラギノ明朝 ProN" w:cs="ヒラギノ明朝 ProN"/>
      <w:i/>
      <w:iCs/>
      <w:color w:val="000000" w:themeColor="text1"/>
    </w:rPr>
  </w:style>
  <w:style w:type="character" w:customStyle="1" w:styleId="40">
    <w:name w:val="見出し 4 (文字)"/>
    <w:basedOn w:val="a2"/>
    <w:link w:val="4"/>
    <w:uiPriority w:val="9"/>
    <w:semiHidden/>
    <w:rsid w:val="00FC693F"/>
    <w:rPr>
      <w:rFonts w:ascii="ヒラギノ明朝 ProN" w:eastAsia="ヒラギノ明朝 ProN" w:hAnsi="ヒラギノ明朝 ProN" w:cs="ヒラギノ明朝 ProN"/>
      <w:b/>
      <w:bCs/>
      <w:i/>
      <w:iCs/>
      <w:color w:val="4F81BD" w:themeColor="accent1"/>
    </w:rPr>
  </w:style>
  <w:style w:type="character" w:customStyle="1" w:styleId="50">
    <w:name w:val="見出し 5 (文字)"/>
    <w:basedOn w:val="a2"/>
    <w:link w:val="5"/>
    <w:uiPriority w:val="9"/>
    <w:semiHidden/>
    <w:rsid w:val="00FC693F"/>
    <w:rPr>
      <w:rFonts w:ascii="ヒラギノ明朝 ProN" w:eastAsia="ヒラギノ明朝 ProN" w:hAnsi="ヒラギノ明朝 ProN" w:cs="ヒラギノ明朝 ProN"/>
      <w:color w:val="243F60" w:themeColor="accent1" w:themeShade="7F"/>
    </w:rPr>
  </w:style>
  <w:style w:type="character" w:customStyle="1" w:styleId="60">
    <w:name w:val="見出し 6 (文字)"/>
    <w:basedOn w:val="a2"/>
    <w:link w:val="6"/>
    <w:uiPriority w:val="9"/>
    <w:semiHidden/>
    <w:rsid w:val="00FC693F"/>
    <w:rPr>
      <w:rFonts w:ascii="ヒラギノ明朝 ProN" w:eastAsia="ヒラギノ明朝 ProN" w:hAnsi="ヒラギノ明朝 ProN" w:cs="ヒラギノ明朝 ProN"/>
      <w:i/>
      <w:iCs/>
      <w:color w:val="243F60" w:themeColor="accent1" w:themeShade="7F"/>
    </w:rPr>
  </w:style>
  <w:style w:type="character" w:customStyle="1" w:styleId="70">
    <w:name w:val="見出し 7 (文字)"/>
    <w:basedOn w:val="a2"/>
    <w:link w:val="7"/>
    <w:uiPriority w:val="9"/>
    <w:semiHidden/>
    <w:rsid w:val="00FC693F"/>
    <w:rPr>
      <w:rFonts w:ascii="ヒラギノ明朝 ProN" w:eastAsia="ヒラギノ明朝 ProN" w:hAnsi="ヒラギノ明朝 ProN" w:cs="ヒラギノ明朝 ProN"/>
      <w:i/>
      <w:iCs/>
      <w:color w:val="404040" w:themeColor="text1" w:themeTint="BF"/>
    </w:rPr>
  </w:style>
  <w:style w:type="character" w:customStyle="1" w:styleId="80">
    <w:name w:val="見出し 8 (文字)"/>
    <w:basedOn w:val="a2"/>
    <w:link w:val="8"/>
    <w:uiPriority w:val="9"/>
    <w:semiHidden/>
    <w:rsid w:val="00FC693F"/>
    <w:rPr>
      <w:rFonts w:ascii="ヒラギノ明朝 ProN" w:eastAsia="ヒラギノ明朝 ProN" w:hAnsi="ヒラギノ明朝 ProN" w:cs="ヒラギノ明朝 ProN"/>
      <w:color w:val="4F81BD" w:themeColor="accent1"/>
      <w:sz w:val="20"/>
      <w:szCs w:val="20"/>
    </w:rPr>
  </w:style>
  <w:style w:type="character" w:customStyle="1" w:styleId="90">
    <w:name w:val="見出し 9 (文字)"/>
    <w:basedOn w:val="a2"/>
    <w:link w:val="9"/>
    <w:uiPriority w:val="9"/>
    <w:semiHidden/>
    <w:rsid w:val="00FC693F"/>
    <w:rPr>
      <w:rFonts w:ascii="ヒラギノ明朝 ProN" w:eastAsia="ヒラギノ明朝 ProN" w:hAnsi="ヒラギノ明朝 ProN" w:cs="ヒラギノ明朝 ProN"/>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rFonts w:ascii="ヒラギノ明朝 ProN" w:eastAsia="ヒラギノ明朝 ProN" w:hAnsi="ヒラギノ明朝 ProN" w:cs="ヒラギノ明朝 ProN"/>
      <w:b/>
      <w:bCs/>
    </w:rPr>
  </w:style>
  <w:style w:type="character" w:styleId="af9">
    <w:name w:val="Emphasis"/>
    <w:basedOn w:val="a2"/>
    <w:uiPriority w:val="20"/>
    <w:qFormat/>
    <w:rsid w:val="00FC693F"/>
    <w:rPr>
      <w:rFonts w:ascii="ヒラギノ明朝 ProN" w:eastAsia="ヒラギノ明朝 ProN" w:hAnsi="ヒラギノ明朝 ProN" w:cs="ヒラギノ明朝 ProN"/>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rFonts w:ascii="ヒラギノ明朝 ProN" w:eastAsia="ヒラギノ明朝 ProN" w:hAnsi="ヒラギノ明朝 ProN" w:cs="ヒラギノ明朝 ProN"/>
      <w:b/>
      <w:bCs/>
      <w:i/>
      <w:iCs/>
      <w:color w:val="4F81BD" w:themeColor="accent1"/>
    </w:rPr>
  </w:style>
  <w:style w:type="character" w:styleId="afa">
    <w:name w:val="Subtle Emphasis"/>
    <w:basedOn w:val="a2"/>
    <w:uiPriority w:val="19"/>
    <w:qFormat/>
    <w:rsid w:val="00FC693F"/>
    <w:rPr>
      <w:rFonts w:ascii="ヒラギノ明朝 ProN" w:eastAsia="ヒラギノ明朝 ProN" w:hAnsi="ヒラギノ明朝 ProN" w:cs="ヒラギノ明朝 ProN"/>
      <w:i/>
      <w:iCs/>
      <w:color w:val="808080" w:themeColor="text1" w:themeTint="7F"/>
    </w:rPr>
  </w:style>
  <w:style w:type="character" w:styleId="29">
    <w:name w:val="Intense Emphasis"/>
    <w:basedOn w:val="a2"/>
    <w:uiPriority w:val="21"/>
    <w:qFormat/>
    <w:rsid w:val="00FC693F"/>
    <w:rPr>
      <w:rFonts w:ascii="ヒラギノ明朝 ProN" w:eastAsia="ヒラギノ明朝 ProN" w:hAnsi="ヒラギノ明朝 ProN" w:cs="ヒラギノ明朝 ProN"/>
      <w:b/>
      <w:bCs/>
      <w:i/>
      <w:iCs/>
      <w:color w:val="4F81BD" w:themeColor="accent1"/>
    </w:rPr>
  </w:style>
  <w:style w:type="character" w:styleId="afb">
    <w:name w:val="Subtle Reference"/>
    <w:basedOn w:val="a2"/>
    <w:uiPriority w:val="31"/>
    <w:qFormat/>
    <w:rsid w:val="00FC693F"/>
    <w:rPr>
      <w:rFonts w:ascii="ヒラギノ明朝 ProN" w:eastAsia="ヒラギノ明朝 ProN" w:hAnsi="ヒラギノ明朝 ProN" w:cs="ヒラギノ明朝 ProN"/>
      <w:smallCaps/>
      <w:color w:val="C0504D" w:themeColor="accent2"/>
      <w:u w:val="single"/>
    </w:rPr>
  </w:style>
  <w:style w:type="character" w:styleId="2a">
    <w:name w:val="Intense Reference"/>
    <w:basedOn w:val="a2"/>
    <w:uiPriority w:val="32"/>
    <w:qFormat/>
    <w:rsid w:val="00FC693F"/>
    <w:rPr>
      <w:rFonts w:ascii="ヒラギノ明朝 ProN" w:eastAsia="ヒラギノ明朝 ProN" w:hAnsi="ヒラギノ明朝 ProN" w:cs="ヒラギノ明朝 ProN"/>
      <w:b/>
      <w:bCs/>
      <w:smallCaps/>
      <w:color w:val="C0504D" w:themeColor="accent2"/>
      <w:spacing w:val="5"/>
      <w:u w:val="single"/>
    </w:rPr>
  </w:style>
  <w:style w:type="character" w:styleId="afc">
    <w:name w:val="Book Title"/>
    <w:basedOn w:val="a2"/>
    <w:uiPriority w:val="33"/>
    <w:qFormat/>
    <w:rsid w:val="00FC693F"/>
    <w:rPr>
      <w:rFonts w:ascii="ヒラギノ明朝 ProN" w:eastAsia="ヒラギノ明朝 ProN" w:hAnsi="ヒラギノ明朝 ProN" w:cs="ヒラギノ明朝 ProN"/>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rPr>
      <w:rFonts w:ascii="ヒラギノ明朝 ProN" w:eastAsia="ヒラギノ明朝 ProN" w:hAnsi="ヒラギノ明朝 ProN" w:cs="ヒラギノ明朝 Pro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ヒラギノ明朝 ProN" w:eastAsia="ヒラギノ明朝 ProN" w:hAnsi="ヒラギノ明朝 ProN" w:cs="ヒラギノ明朝 Pro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ヒラギノ明朝 ProN" w:eastAsia="ヒラギノ明朝 ProN" w:hAnsi="ヒラギノ明朝 ProN" w:cs="ヒラギノ明朝 Pro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ヒラギノ明朝 ProN" w:eastAsia="ヒラギノ明朝 ProN" w:hAnsi="ヒラギノ明朝 ProN" w:cs="ヒラギノ明朝 ProN"/>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ヒラギノ明朝 ProN" w:eastAsia="ヒラギノ明朝 ProN" w:hAnsi="ヒラギノ明朝 ProN" w:cs="ヒラギノ明朝 Pro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ヒラギノ明朝 ProN" w:eastAsia="ヒラギノ明朝 ProN" w:hAnsi="ヒラギノ明朝 ProN" w:cs="ヒラギノ明朝 Pro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ヒラギノ明朝 ProN" w:eastAsia="ヒラギノ明朝 ProN" w:hAnsi="ヒラギノ明朝 ProN" w:cs="ヒラギノ明朝 Pro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ヒラギノ明朝 ProN" w:eastAsia="ヒラギノ明朝 ProN" w:hAnsi="ヒラギノ明朝 ProN" w:cs="ヒラギノ明朝 Pro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ヒラギノ明朝 ProN" w:eastAsia="ヒラギノ明朝 ProN" w:hAnsi="ヒラギノ明朝 ProN" w:cs="ヒラギノ明朝 Pro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ヒラギノ明朝 ProN" w:eastAsia="ヒラギノ明朝 ProN" w:hAnsi="ヒラギノ明朝 ProN" w:cs="ヒラギノ明朝 Pro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ヒラギノ明朝 ProN" w:eastAsia="ヒラギノ明朝 ProN" w:hAnsi="ヒラギノ明朝 ProN" w:cs="ヒラギノ明朝 ProN"/>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Words>
  <Characters>569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AI利活用チェックシート</dc:title>
  <dc:subject>AI利用と会議活動の記録用紙</dc:subject>
  <dc:creator>python-docx</dc:creator>
  <cp:keywords/>
  <dc:description>generated by python-docx</dc:description>
  <cp:lastModifiedBy>Editor</cp:lastModifiedBy>
  <cp:revision>1</cp:revision>
  <dcterms:created xsi:type="dcterms:W3CDTF">2013-12-23T23:15:00Z</dcterms:created>
  <dcterms:modified xsi:type="dcterms:W3CDTF">2026-09-28T17:14:00Z</dcterms:modified>
  <cp:category/>
</cp:coreProperties>
</file>